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46B268A" w14:textId="77777777" w:rsidR="009C30FA" w:rsidRPr="00874C4E" w:rsidRDefault="009C30FA" w:rsidP="00874C4E">
      <w:pPr>
        <w:jc w:val="center"/>
        <w:rPr>
          <w:b/>
          <w:bCs/>
        </w:rPr>
      </w:pPr>
    </w:p>
    <w:p w14:paraId="0DB254B4" w14:textId="77777777" w:rsidR="009C30FA" w:rsidRPr="00874C4E" w:rsidRDefault="00874C4E" w:rsidP="00874C4E">
      <w:pPr>
        <w:jc w:val="center"/>
        <w:rPr>
          <w:b/>
          <w:bCs/>
        </w:rPr>
      </w:pPr>
      <w:r w:rsidRPr="00874C4E">
        <w:rPr>
          <w:b/>
          <w:bCs/>
        </w:rPr>
        <w:t>St Florence Community Council</w:t>
      </w:r>
    </w:p>
    <w:p w14:paraId="0D682555" w14:textId="77777777" w:rsidR="009C30FA" w:rsidRPr="00874C4E" w:rsidRDefault="00874C4E" w:rsidP="00874C4E">
      <w:pPr>
        <w:jc w:val="center"/>
        <w:rPr>
          <w:b/>
          <w:bCs/>
        </w:rPr>
      </w:pPr>
      <w:r w:rsidRPr="00874C4E">
        <w:rPr>
          <w:b/>
          <w:bCs/>
        </w:rPr>
        <w:t>Ordinary Meeting Agenda</w:t>
      </w:r>
    </w:p>
    <w:p w14:paraId="6F6CDA3C" w14:textId="77777777" w:rsidR="009C30FA" w:rsidRPr="00874C4E" w:rsidRDefault="009C30FA" w:rsidP="00874C4E">
      <w:pPr>
        <w:jc w:val="center"/>
        <w:rPr>
          <w:b/>
          <w:bCs/>
        </w:rPr>
      </w:pPr>
    </w:p>
    <w:p w14:paraId="3DFD1E04" w14:textId="77777777" w:rsidR="009C30FA" w:rsidRPr="00874C4E" w:rsidRDefault="00874C4E" w:rsidP="00874C4E">
      <w:pPr>
        <w:jc w:val="center"/>
        <w:rPr>
          <w:b/>
          <w:bCs/>
        </w:rPr>
      </w:pPr>
      <w:r w:rsidRPr="00874C4E">
        <w:rPr>
          <w:b/>
          <w:bCs/>
        </w:rPr>
        <w:t>Date: Monday, 9 February 2026</w:t>
      </w:r>
    </w:p>
    <w:p w14:paraId="327560C9" w14:textId="77777777" w:rsidR="009C30FA" w:rsidRPr="00874C4E" w:rsidRDefault="00874C4E" w:rsidP="00874C4E">
      <w:pPr>
        <w:jc w:val="center"/>
        <w:rPr>
          <w:b/>
          <w:bCs/>
        </w:rPr>
      </w:pPr>
      <w:r w:rsidRPr="00874C4E">
        <w:rPr>
          <w:b/>
          <w:bCs/>
        </w:rPr>
        <w:t>Time: 7:00 pm</w:t>
      </w:r>
    </w:p>
    <w:p w14:paraId="5C0ED6FC" w14:textId="77777777" w:rsidR="009C30FA" w:rsidRPr="00874C4E" w:rsidRDefault="00874C4E" w:rsidP="00874C4E">
      <w:pPr>
        <w:jc w:val="center"/>
        <w:rPr>
          <w:b/>
          <w:bCs/>
        </w:rPr>
      </w:pPr>
      <w:r w:rsidRPr="00874C4E">
        <w:rPr>
          <w:b/>
          <w:bCs/>
        </w:rPr>
        <w:t>Location: Village Hall</w:t>
      </w:r>
    </w:p>
    <w:p w14:paraId="405A64D4" w14:textId="77777777" w:rsidR="009C30FA" w:rsidRPr="00874C4E" w:rsidRDefault="00874C4E" w:rsidP="00874C4E">
      <w:pPr>
        <w:jc w:val="center"/>
        <w:rPr>
          <w:b/>
          <w:bCs/>
        </w:rPr>
      </w:pPr>
      <w:r w:rsidRPr="00874C4E">
        <w:rPr>
          <w:b/>
          <w:bCs/>
        </w:rPr>
        <w:t>Clerk/RFO: Rachel Ruff</w:t>
      </w:r>
    </w:p>
    <w:p w14:paraId="66DAE657" w14:textId="77777777" w:rsidR="009C30FA" w:rsidRDefault="009C30FA"/>
    <w:p w14:paraId="76C382D3" w14:textId="77777777" w:rsidR="009C30FA" w:rsidRPr="003A1179" w:rsidRDefault="00874C4E">
      <w:pPr>
        <w:rPr>
          <w:b/>
          <w:bCs/>
        </w:rPr>
      </w:pPr>
      <w:r w:rsidRPr="003A1179">
        <w:rPr>
          <w:b/>
          <w:bCs/>
        </w:rPr>
        <w:t>1. Public Participation</w:t>
      </w:r>
    </w:p>
    <w:p w14:paraId="457ED615" w14:textId="77777777" w:rsidR="009C30FA" w:rsidRDefault="00874C4E">
      <w:r>
        <w:t>To receive questions or representations from members of the public (in accordance with Standing Orders).</w:t>
      </w:r>
    </w:p>
    <w:p w14:paraId="2DE7C02B" w14:textId="77777777" w:rsidR="009C30FA" w:rsidRDefault="009C30FA"/>
    <w:p w14:paraId="2EC3F19C" w14:textId="77777777" w:rsidR="009C30FA" w:rsidRPr="00B43EEE" w:rsidRDefault="00874C4E">
      <w:pPr>
        <w:rPr>
          <w:b/>
          <w:bCs/>
        </w:rPr>
      </w:pPr>
      <w:r w:rsidRPr="00B43EEE">
        <w:rPr>
          <w:b/>
          <w:bCs/>
        </w:rPr>
        <w:t>2. Apologies for Absence</w:t>
      </w:r>
    </w:p>
    <w:p w14:paraId="2E18CC28" w14:textId="77777777" w:rsidR="009C30FA" w:rsidRDefault="00874C4E">
      <w:r>
        <w:t>To receive and record apologies for absence.</w:t>
      </w:r>
    </w:p>
    <w:p w14:paraId="085CF63F" w14:textId="77777777" w:rsidR="009C30FA" w:rsidRDefault="009C30FA"/>
    <w:p w14:paraId="715F8EF3" w14:textId="77777777" w:rsidR="009C30FA" w:rsidRPr="00B43EEE" w:rsidRDefault="00874C4E">
      <w:pPr>
        <w:rPr>
          <w:b/>
          <w:bCs/>
        </w:rPr>
      </w:pPr>
      <w:r w:rsidRPr="00B43EEE">
        <w:rPr>
          <w:b/>
          <w:bCs/>
        </w:rPr>
        <w:t>3. Declarations of Interest</w:t>
      </w:r>
    </w:p>
    <w:p w14:paraId="79FBE5BA" w14:textId="77777777" w:rsidR="009C30FA" w:rsidRDefault="00874C4E">
      <w:r>
        <w:t>To receive any declarations of interest relating to agenda items.</w:t>
      </w:r>
    </w:p>
    <w:p w14:paraId="4FA90EAD" w14:textId="77777777" w:rsidR="009C30FA" w:rsidRDefault="009C30FA"/>
    <w:p w14:paraId="23A4D14D" w14:textId="77777777" w:rsidR="009C30FA" w:rsidRPr="00B43EEE" w:rsidRDefault="00874C4E">
      <w:pPr>
        <w:rPr>
          <w:b/>
          <w:bCs/>
        </w:rPr>
      </w:pPr>
      <w:r w:rsidRPr="00B43EEE">
        <w:rPr>
          <w:b/>
          <w:bCs/>
        </w:rPr>
        <w:t>4. Approval of Minutes</w:t>
      </w:r>
    </w:p>
    <w:p w14:paraId="04FE3145" w14:textId="77777777" w:rsidR="009C30FA" w:rsidRDefault="00874C4E">
      <w:r>
        <w:t>To approve and sign the minutes of the Ordinary Meeting held on Monday, 12 January 2026.</w:t>
      </w:r>
    </w:p>
    <w:p w14:paraId="26B4E3AF" w14:textId="77777777" w:rsidR="009C30FA" w:rsidRDefault="009C30FA"/>
    <w:p w14:paraId="048F6C39" w14:textId="77777777" w:rsidR="009C30FA" w:rsidRPr="00B43EEE" w:rsidRDefault="00874C4E">
      <w:pPr>
        <w:rPr>
          <w:b/>
          <w:bCs/>
        </w:rPr>
      </w:pPr>
      <w:r w:rsidRPr="00B43EEE">
        <w:rPr>
          <w:b/>
          <w:bCs/>
        </w:rPr>
        <w:t>5. County Councillor’s Report</w:t>
      </w:r>
    </w:p>
    <w:p w14:paraId="0D376A4D" w14:textId="2CD40FAA" w:rsidR="009C30FA" w:rsidRDefault="00874C4E">
      <w:r>
        <w:t>To receive a report from the County Councillor, including matters raised by Council in January meeting.</w:t>
      </w:r>
    </w:p>
    <w:p w14:paraId="21F5CA2A" w14:textId="77777777" w:rsidR="009C30FA" w:rsidRDefault="009C30FA"/>
    <w:p w14:paraId="50D8E65D" w14:textId="77777777" w:rsidR="00EE0BC5" w:rsidRDefault="00EE0BC5"/>
    <w:p w14:paraId="6D597DF4" w14:textId="2FCFC582" w:rsidR="009C30FA" w:rsidRPr="00B43EEE" w:rsidRDefault="00874C4E">
      <w:pPr>
        <w:rPr>
          <w:b/>
          <w:bCs/>
        </w:rPr>
      </w:pPr>
      <w:r w:rsidRPr="00B43EEE">
        <w:rPr>
          <w:b/>
          <w:bCs/>
        </w:rPr>
        <w:lastRenderedPageBreak/>
        <w:t>6. Matters Arising from the Minutes</w:t>
      </w:r>
    </w:p>
    <w:p w14:paraId="1D41EB89" w14:textId="77777777" w:rsidR="009C30FA" w:rsidRDefault="00874C4E">
      <w:r>
        <w:t>a) Hall Improvements – update on boiler quotations (Sian Hughes).</w:t>
      </w:r>
    </w:p>
    <w:p w14:paraId="04F59DD9" w14:textId="77777777" w:rsidR="009C30FA" w:rsidRDefault="00874C4E">
      <w:r>
        <w:t>b) Solar Lighting at Parklands – update on brightness adjustment and installation progress (Iain Rich).</w:t>
      </w:r>
    </w:p>
    <w:p w14:paraId="5DB52E59" w14:textId="77777777" w:rsidR="009C30FA" w:rsidRDefault="00874C4E">
      <w:r>
        <w:t>c) ATEB Updates – deferred item pending attendance of Cllr Jordan.</w:t>
      </w:r>
    </w:p>
    <w:p w14:paraId="0AC00618" w14:textId="77777777" w:rsidR="009C30FA" w:rsidRDefault="00874C4E">
      <w:r>
        <w:t>d) Conifer at Post Office Bank – consideration of quotations (Del Evans).</w:t>
      </w:r>
    </w:p>
    <w:p w14:paraId="3B0090D7" w14:textId="73F71169" w:rsidR="009C30FA" w:rsidRDefault="00874C4E">
      <w:r>
        <w:t>e) Hedge – Clock House / Church Hall – update (Chair).</w:t>
      </w:r>
    </w:p>
    <w:p w14:paraId="594FABDB" w14:textId="77777777" w:rsidR="007D4B36" w:rsidRDefault="007D4B36"/>
    <w:p w14:paraId="1FC14FD0" w14:textId="77777777" w:rsidR="009C30FA" w:rsidRPr="00B43EEE" w:rsidRDefault="00874C4E">
      <w:pPr>
        <w:rPr>
          <w:b/>
          <w:bCs/>
        </w:rPr>
      </w:pPr>
      <w:r w:rsidRPr="00B43EEE">
        <w:rPr>
          <w:b/>
          <w:bCs/>
        </w:rPr>
        <w:t>7. Village and Village Hall Matters</w:t>
      </w:r>
    </w:p>
    <w:p w14:paraId="561FB1E2" w14:textId="77777777" w:rsidR="009C30FA" w:rsidRDefault="00874C4E">
      <w:r>
        <w:t>a) Booking Clerk – consideration of job description.</w:t>
      </w:r>
    </w:p>
    <w:p w14:paraId="18F80458" w14:textId="77777777" w:rsidR="009C30FA" w:rsidRDefault="00874C4E">
      <w:r>
        <w:t>b) Village Hall Cleaning – update following contact with cleaning contractor.</w:t>
      </w:r>
    </w:p>
    <w:p w14:paraId="7DCB6441" w14:textId="77777777" w:rsidR="009C30FA" w:rsidRDefault="00874C4E">
      <w:r>
        <w:t>c) Steam Cleaner – consideration of quotation and possible purchase.</w:t>
      </w:r>
    </w:p>
    <w:p w14:paraId="7ED20BF8" w14:textId="77777777" w:rsidR="009C30FA" w:rsidRDefault="00874C4E">
      <w:r>
        <w:t>d) Smart Gardens Contract – consideration of service scope and frequency.</w:t>
      </w:r>
    </w:p>
    <w:p w14:paraId="12924985" w14:textId="5325551C" w:rsidR="00AA15F5" w:rsidRDefault="00AA15F5">
      <w:r>
        <w:t>e) Blair</w:t>
      </w:r>
      <w:r w:rsidR="00A97480">
        <w:t xml:space="preserve"> Webley email</w:t>
      </w:r>
    </w:p>
    <w:p w14:paraId="5B221AC2" w14:textId="77777777" w:rsidR="009C30FA" w:rsidRDefault="009C30FA"/>
    <w:p w14:paraId="46697372" w14:textId="77777777" w:rsidR="009C30FA" w:rsidRPr="00B43EEE" w:rsidRDefault="00874C4E">
      <w:pPr>
        <w:rPr>
          <w:b/>
          <w:bCs/>
        </w:rPr>
      </w:pPr>
      <w:r w:rsidRPr="00B43EEE">
        <w:rPr>
          <w:b/>
          <w:bCs/>
        </w:rPr>
        <w:t>8. Planning</w:t>
      </w:r>
    </w:p>
    <w:p w14:paraId="56310CA3" w14:textId="2B100995" w:rsidR="009C30FA" w:rsidRDefault="00874C4E">
      <w:r>
        <w:t>To consider any planning applications received since the previous meeting.</w:t>
      </w:r>
      <w:r w:rsidR="00AF2137">
        <w:t xml:space="preserve"> None</w:t>
      </w:r>
    </w:p>
    <w:p w14:paraId="32BEB45D" w14:textId="77777777" w:rsidR="009C30FA" w:rsidRPr="00B43EEE" w:rsidRDefault="00874C4E">
      <w:pPr>
        <w:rPr>
          <w:b/>
          <w:bCs/>
        </w:rPr>
      </w:pPr>
      <w:r w:rsidRPr="00B43EEE">
        <w:rPr>
          <w:b/>
          <w:bCs/>
        </w:rPr>
        <w:t>9. Any Other Business</w:t>
      </w:r>
    </w:p>
    <w:p w14:paraId="591A23E2" w14:textId="77777777" w:rsidR="009C30FA" w:rsidRDefault="00874C4E">
      <w:r>
        <w:t>a) Parking issues – Old Chimney area.</w:t>
      </w:r>
    </w:p>
    <w:p w14:paraId="5ADF759C" w14:textId="77777777" w:rsidR="009C30FA" w:rsidRDefault="00874C4E">
      <w:r>
        <w:t>b) Village Hall GoFundMe page – discussion.</w:t>
      </w:r>
    </w:p>
    <w:p w14:paraId="7574655D" w14:textId="2D757432" w:rsidR="009C30FA" w:rsidRDefault="00874C4E">
      <w:r>
        <w:t>(Items for information only or for inclusion on a future agenda.)</w:t>
      </w:r>
    </w:p>
    <w:p w14:paraId="0D61905B" w14:textId="77777777" w:rsidR="009C30FA" w:rsidRPr="00B43EEE" w:rsidRDefault="00874C4E">
      <w:pPr>
        <w:rPr>
          <w:b/>
          <w:bCs/>
        </w:rPr>
      </w:pPr>
      <w:r w:rsidRPr="00B43EEE">
        <w:rPr>
          <w:b/>
          <w:bCs/>
        </w:rPr>
        <w:t>10. Accounts and Finances</w:t>
      </w:r>
    </w:p>
    <w:p w14:paraId="72EBB85D" w14:textId="2C8B1D24" w:rsidR="009C30FA" w:rsidRDefault="00874C4E">
      <w:r>
        <w:t>a) Bank Reconciliation – to review current balances</w:t>
      </w:r>
      <w:r w:rsidR="007A2ABF">
        <w:t>, as at 3/2/2026</w:t>
      </w:r>
    </w:p>
    <w:p w14:paraId="7D7AE56A" w14:textId="06C61030" w:rsidR="009C30FA" w:rsidRDefault="00874C4E">
      <w:r>
        <w:t>b) Invoices for Payment – to consider invoices presented for approva</w:t>
      </w:r>
      <w:r w:rsidR="00B43EEE">
        <w:t>l</w:t>
      </w:r>
    </w:p>
    <w:p w14:paraId="6EC01488" w14:textId="409A954D" w:rsidR="009C30FA" w:rsidRDefault="00874C4E">
      <w:r w:rsidRPr="00B43EEE">
        <w:rPr>
          <w:b/>
          <w:bCs/>
        </w:rPr>
        <w:t>11. Date of Next Meeting</w:t>
      </w:r>
      <w:r w:rsidR="007A2ABF">
        <w:t xml:space="preserve">: </w:t>
      </w:r>
      <w:r w:rsidR="00B43EEE">
        <w:t>9</w:t>
      </w:r>
      <w:r w:rsidR="00B43EEE" w:rsidRPr="00B43EEE">
        <w:rPr>
          <w:vertAlign w:val="superscript"/>
        </w:rPr>
        <w:t>th</w:t>
      </w:r>
      <w:r w:rsidR="00B43EEE">
        <w:t xml:space="preserve"> March 2026</w:t>
      </w:r>
    </w:p>
    <w:p w14:paraId="59E09D84" w14:textId="271748E6" w:rsidR="009C30FA" w:rsidRDefault="009C30FA"/>
    <w:p w14:paraId="1907B163" w14:textId="77777777" w:rsidR="009C30FA" w:rsidRDefault="009C30FA"/>
    <w:sectPr w:rsidR="009C30FA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ourier">
    <w:panose1 w:val="02070409020205020404"/>
    <w:charset w:val="00"/>
    <w:family w:val="auto"/>
    <w:pitch w:val="variable"/>
    <w:sig w:usb0="0000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 w15:restartNumberingAfterBreak="0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 w15:restartNumberingAfterBreak="0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 w15:restartNumberingAfterBreak="0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 w15:restartNumberingAfterBreak="0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 w16cid:durableId="4091106">
    <w:abstractNumId w:val="8"/>
  </w:num>
  <w:num w:numId="2" w16cid:durableId="1945185203">
    <w:abstractNumId w:val="6"/>
  </w:num>
  <w:num w:numId="3" w16cid:durableId="1212618153">
    <w:abstractNumId w:val="5"/>
  </w:num>
  <w:num w:numId="4" w16cid:durableId="569729836">
    <w:abstractNumId w:val="4"/>
  </w:num>
  <w:num w:numId="5" w16cid:durableId="793210704">
    <w:abstractNumId w:val="7"/>
  </w:num>
  <w:num w:numId="6" w16cid:durableId="1125003405">
    <w:abstractNumId w:val="3"/>
  </w:num>
  <w:num w:numId="7" w16cid:durableId="2078355903">
    <w:abstractNumId w:val="2"/>
  </w:num>
  <w:num w:numId="8" w16cid:durableId="1206674860">
    <w:abstractNumId w:val="1"/>
  </w:num>
  <w:num w:numId="9" w16cid:durableId="43136357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47730"/>
    <w:rsid w:val="00034616"/>
    <w:rsid w:val="0006063C"/>
    <w:rsid w:val="0015074B"/>
    <w:rsid w:val="0029639D"/>
    <w:rsid w:val="00326F90"/>
    <w:rsid w:val="003A1179"/>
    <w:rsid w:val="005F1FA3"/>
    <w:rsid w:val="007A2ABF"/>
    <w:rsid w:val="007D4B36"/>
    <w:rsid w:val="00874C4E"/>
    <w:rsid w:val="0094159A"/>
    <w:rsid w:val="009C30FA"/>
    <w:rsid w:val="00A97480"/>
    <w:rsid w:val="00AA15F5"/>
    <w:rsid w:val="00AA1D8D"/>
    <w:rsid w:val="00AF2137"/>
    <w:rsid w:val="00B43EEE"/>
    <w:rsid w:val="00B47730"/>
    <w:rsid w:val="00CB0664"/>
    <w:rsid w:val="00EE0BC5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337873E7"/>
  <w14:defaultImageDpi w14:val="300"/>
  <w15:docId w15:val="{A84E71AA-0692-4204-B92A-0690429DB6E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3</Pages>
  <Words>283</Words>
  <Characters>1614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1894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>ST Florence Clerk</cp:lastModifiedBy>
  <cp:revision>10</cp:revision>
  <dcterms:created xsi:type="dcterms:W3CDTF">2026-01-16T16:24:00Z</dcterms:created>
  <dcterms:modified xsi:type="dcterms:W3CDTF">2026-02-03T15:35:00Z</dcterms:modified>
  <cp:category/>
</cp:coreProperties>
</file>