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9A79C" w14:textId="77777777" w:rsidR="002D7DC5" w:rsidRDefault="002D7DC5"/>
    <w:p w14:paraId="7AEFD759" w14:textId="77777777" w:rsidR="002D7DC5" w:rsidRPr="00AB38F2" w:rsidRDefault="00F1784A" w:rsidP="00AB38F2">
      <w:pPr>
        <w:jc w:val="center"/>
        <w:rPr>
          <w:b/>
          <w:bCs/>
        </w:rPr>
      </w:pPr>
      <w:r w:rsidRPr="00AB38F2">
        <w:rPr>
          <w:b/>
          <w:bCs/>
        </w:rPr>
        <w:t>St Florence Community Council</w:t>
      </w:r>
    </w:p>
    <w:p w14:paraId="5A624A78" w14:textId="27DCBD0D" w:rsidR="002D7DC5" w:rsidRPr="00AB38F2" w:rsidRDefault="00F1784A" w:rsidP="00AB38F2">
      <w:pPr>
        <w:jc w:val="center"/>
        <w:rPr>
          <w:b/>
          <w:bCs/>
        </w:rPr>
      </w:pPr>
      <w:r w:rsidRPr="00AB38F2">
        <w:rPr>
          <w:b/>
          <w:bCs/>
        </w:rPr>
        <w:t>Minutes of the Ordinary Meeting</w:t>
      </w:r>
    </w:p>
    <w:p w14:paraId="07CFB8B6" w14:textId="77777777" w:rsidR="002D7DC5" w:rsidRDefault="00F1784A" w:rsidP="00AB38F2">
      <w:pPr>
        <w:jc w:val="center"/>
      </w:pPr>
      <w:r>
        <w:t>Date: Monday, 12 January 2026</w:t>
      </w:r>
    </w:p>
    <w:p w14:paraId="46EDCCCC" w14:textId="77777777" w:rsidR="002D7DC5" w:rsidRDefault="00F1784A" w:rsidP="00AB38F2">
      <w:pPr>
        <w:jc w:val="center"/>
      </w:pPr>
      <w:r>
        <w:t>Time: 7:00 pm</w:t>
      </w:r>
    </w:p>
    <w:p w14:paraId="2BD68E2B" w14:textId="77777777" w:rsidR="002D7DC5" w:rsidRDefault="00F1784A" w:rsidP="00AB38F2">
      <w:pPr>
        <w:jc w:val="center"/>
      </w:pPr>
      <w:r>
        <w:t>Location: Village Hall</w:t>
      </w:r>
    </w:p>
    <w:p w14:paraId="6118DC37" w14:textId="77777777" w:rsidR="002D7DC5" w:rsidRDefault="00F1784A" w:rsidP="00AB38F2">
      <w:pPr>
        <w:jc w:val="center"/>
      </w:pPr>
      <w:r>
        <w:t>Clerk/RFO: Rachel Ruff</w:t>
      </w:r>
    </w:p>
    <w:p w14:paraId="11C50698" w14:textId="77777777" w:rsidR="002D7DC5" w:rsidRDefault="002D7DC5"/>
    <w:p w14:paraId="4E9ABC2D" w14:textId="77777777" w:rsidR="002D7DC5" w:rsidRPr="00AB38F2" w:rsidRDefault="00F1784A">
      <w:pPr>
        <w:rPr>
          <w:b/>
          <w:bCs/>
        </w:rPr>
      </w:pPr>
      <w:r w:rsidRPr="00AB38F2">
        <w:rPr>
          <w:b/>
          <w:bCs/>
        </w:rPr>
        <w:t>01/26 Public Participation</w:t>
      </w:r>
    </w:p>
    <w:p w14:paraId="121FF635" w14:textId="5A4D539E" w:rsidR="002D7DC5" w:rsidRDefault="00F1784A">
      <w:r>
        <w:t>There was no public participation.</w:t>
      </w:r>
    </w:p>
    <w:p w14:paraId="6F350BCB" w14:textId="77777777" w:rsidR="002D7DC5" w:rsidRPr="00AB38F2" w:rsidRDefault="00F1784A">
      <w:pPr>
        <w:rPr>
          <w:b/>
          <w:bCs/>
        </w:rPr>
      </w:pPr>
      <w:r w:rsidRPr="00AB38F2">
        <w:rPr>
          <w:b/>
          <w:bCs/>
        </w:rPr>
        <w:t>02/26 Apologies for Absence</w:t>
      </w:r>
    </w:p>
    <w:p w14:paraId="1944CD8C" w14:textId="638DC191" w:rsidR="002D7DC5" w:rsidRDefault="00F1784A">
      <w:r>
        <w:t>Apologies for absence were received from Cllr Jordan.</w:t>
      </w:r>
    </w:p>
    <w:p w14:paraId="7F8E29A8" w14:textId="77777777" w:rsidR="002D7DC5" w:rsidRPr="00AB38F2" w:rsidRDefault="00F1784A">
      <w:pPr>
        <w:rPr>
          <w:b/>
          <w:bCs/>
        </w:rPr>
      </w:pPr>
      <w:r w:rsidRPr="00AB38F2">
        <w:rPr>
          <w:b/>
          <w:bCs/>
        </w:rPr>
        <w:t>03/26 Declarations of Interest</w:t>
      </w:r>
    </w:p>
    <w:p w14:paraId="512CC015" w14:textId="4D39320D" w:rsidR="002D7DC5" w:rsidRDefault="00F1784A">
      <w:r>
        <w:t>No declarations of interest were declared.</w:t>
      </w:r>
    </w:p>
    <w:p w14:paraId="3CD1C670" w14:textId="77777777" w:rsidR="002D7DC5" w:rsidRPr="00AB38F2" w:rsidRDefault="00F1784A">
      <w:pPr>
        <w:rPr>
          <w:b/>
          <w:bCs/>
        </w:rPr>
      </w:pPr>
      <w:r w:rsidRPr="00AB38F2">
        <w:rPr>
          <w:b/>
          <w:bCs/>
        </w:rPr>
        <w:t>04/26 Approval of Minutes</w:t>
      </w:r>
    </w:p>
    <w:p w14:paraId="32FBF1ED" w14:textId="2641F73D" w:rsidR="002D7DC5" w:rsidRDefault="00F1784A">
      <w:r>
        <w:t>The minutes of the Ordinary Meeting held in December 2025 were presented for approval. As the Chairperson was absent from that meeting, the minutes remain unsigned and will be signed at the next available meeting.</w:t>
      </w:r>
    </w:p>
    <w:p w14:paraId="067CDBCE" w14:textId="77777777" w:rsidR="002D7DC5" w:rsidRPr="00AB38F2" w:rsidRDefault="00F1784A">
      <w:pPr>
        <w:rPr>
          <w:b/>
          <w:bCs/>
        </w:rPr>
      </w:pPr>
      <w:r w:rsidRPr="00AB38F2">
        <w:rPr>
          <w:b/>
          <w:bCs/>
        </w:rPr>
        <w:t>05/26 County Councillor’s Report</w:t>
      </w:r>
    </w:p>
    <w:p w14:paraId="7F0924FB" w14:textId="77777777" w:rsidR="002D7DC5" w:rsidRDefault="00F1784A">
      <w:r>
        <w:t>Cllr Jordan was not present and therefore no report was received.</w:t>
      </w:r>
    </w:p>
    <w:p w14:paraId="1CDCA566" w14:textId="77777777" w:rsidR="002D7DC5" w:rsidRDefault="002D7DC5"/>
    <w:p w14:paraId="28EA28E9" w14:textId="77777777" w:rsidR="00AB38F2" w:rsidRDefault="00AB38F2"/>
    <w:p w14:paraId="67A2DD5C" w14:textId="77777777" w:rsidR="00AB38F2" w:rsidRDefault="00AB38F2"/>
    <w:p w14:paraId="67AB1040" w14:textId="77777777" w:rsidR="00AB38F2" w:rsidRDefault="00AB38F2"/>
    <w:p w14:paraId="2E344F8E" w14:textId="77777777" w:rsidR="00AB38F2" w:rsidRDefault="00AB38F2"/>
    <w:p w14:paraId="6A41BCD0" w14:textId="77777777" w:rsidR="00AB38F2" w:rsidRDefault="00AB38F2"/>
    <w:p w14:paraId="417C31D3" w14:textId="77777777" w:rsidR="00AB38F2" w:rsidRDefault="00AB38F2"/>
    <w:p w14:paraId="3D5F491A" w14:textId="77777777" w:rsidR="00AB38F2" w:rsidRDefault="00AB38F2"/>
    <w:p w14:paraId="57C20967" w14:textId="4DF795A2" w:rsidR="002D7DC5" w:rsidRPr="00AB38F2" w:rsidRDefault="00F1784A">
      <w:pPr>
        <w:rPr>
          <w:b/>
          <w:bCs/>
        </w:rPr>
      </w:pPr>
      <w:r w:rsidRPr="00AB38F2">
        <w:rPr>
          <w:b/>
          <w:bCs/>
        </w:rPr>
        <w:t>06/26 Matters Arising</w:t>
      </w:r>
    </w:p>
    <w:p w14:paraId="49EF9BF8" w14:textId="77777777" w:rsidR="002D7DC5" w:rsidRDefault="00F1784A">
      <w:r>
        <w:t>a) Hall Improvements – Updates on boiler quotations remain outstanding. This matter remains with Sian Hughes and will be included on the February agenda.</w:t>
      </w:r>
    </w:p>
    <w:p w14:paraId="083F53FC" w14:textId="1FC09132" w:rsidR="002D7DC5" w:rsidRDefault="00F1784A">
      <w:r>
        <w:t>b) Solar Lighting at Parklands – Installation ongoing. Brightness settings to be adjusted.</w:t>
      </w:r>
      <w:r w:rsidR="00AB38F2">
        <w:t xml:space="preserve"> Action Mr Iain Rich</w:t>
      </w:r>
    </w:p>
    <w:p w14:paraId="0085AAB1" w14:textId="77777777" w:rsidR="002D7DC5" w:rsidRDefault="00F1784A">
      <w:r>
        <w:t>c) ATEB Updates – Deferred until Cllr Jordan is present.</w:t>
      </w:r>
    </w:p>
    <w:p w14:paraId="22F1E7FF" w14:textId="6C166806" w:rsidR="002D7DC5" w:rsidRDefault="00F1784A">
      <w:r>
        <w:t>d) Salt Bin</w:t>
      </w:r>
      <w:r w:rsidR="00AB38F2">
        <w:t xml:space="preserve"> Woodlands Close</w:t>
      </w:r>
      <w:r>
        <w:t xml:space="preserve"> – Funding included within the precept.</w:t>
      </w:r>
    </w:p>
    <w:p w14:paraId="355DF51C" w14:textId="49A3472D" w:rsidR="002D7DC5" w:rsidRDefault="00F1784A">
      <w:r>
        <w:t>e) Conifer – One verbal quotation obtained; further quote to be sourced.</w:t>
      </w:r>
      <w:r w:rsidR="00AB38F2">
        <w:t xml:space="preserve"> Action Del Evans to speak with Micheal to obtain a quote.</w:t>
      </w:r>
    </w:p>
    <w:p w14:paraId="05A6251C" w14:textId="657A78B4" w:rsidR="002D7DC5" w:rsidRDefault="00F1784A">
      <w:r>
        <w:t>f) Hedge – Clock House / Church Hall – Carried forward</w:t>
      </w:r>
      <w:r w:rsidR="00AB38F2">
        <w:t xml:space="preserve"> Chair not present at this meeting.</w:t>
      </w:r>
    </w:p>
    <w:p w14:paraId="51EA5200" w14:textId="77777777" w:rsidR="002D7DC5" w:rsidRPr="00AB38F2" w:rsidRDefault="00F1784A">
      <w:pPr>
        <w:rPr>
          <w:b/>
          <w:bCs/>
        </w:rPr>
      </w:pPr>
      <w:r w:rsidRPr="00AB38F2">
        <w:rPr>
          <w:b/>
          <w:bCs/>
        </w:rPr>
        <w:t>07/26 Village and Village Hall Matters</w:t>
      </w:r>
    </w:p>
    <w:p w14:paraId="57977DFD" w14:textId="2675908C" w:rsidR="002D7DC5" w:rsidRDefault="00F1784A">
      <w:r>
        <w:t>RESOLVED: That the 2026 budget be approved and the Clerk submit the precept notification to Pembrokeshire County Council.</w:t>
      </w:r>
    </w:p>
    <w:p w14:paraId="69C93045" w14:textId="77777777" w:rsidR="002D7DC5" w:rsidRPr="00AB38F2" w:rsidRDefault="00F1784A">
      <w:pPr>
        <w:rPr>
          <w:b/>
          <w:bCs/>
        </w:rPr>
      </w:pPr>
      <w:r w:rsidRPr="00AB38F2">
        <w:rPr>
          <w:b/>
          <w:bCs/>
        </w:rPr>
        <w:t>08/26 Planning</w:t>
      </w:r>
    </w:p>
    <w:p w14:paraId="4CFFE07C" w14:textId="073707B4" w:rsidR="002D7DC5" w:rsidRDefault="00F1784A">
      <w:r>
        <w:t>No planning applications were received.</w:t>
      </w:r>
    </w:p>
    <w:p w14:paraId="0F53D4E2" w14:textId="77777777" w:rsidR="002D7DC5" w:rsidRPr="00AB38F2" w:rsidRDefault="00F1784A">
      <w:pPr>
        <w:rPr>
          <w:b/>
          <w:bCs/>
        </w:rPr>
      </w:pPr>
      <w:r w:rsidRPr="00AB38F2">
        <w:rPr>
          <w:b/>
          <w:bCs/>
        </w:rPr>
        <w:t>09/26 Any Other Business</w:t>
      </w:r>
    </w:p>
    <w:p w14:paraId="1E1AA1CB" w14:textId="4795CD47" w:rsidR="002D7DC5" w:rsidRDefault="00F1784A">
      <w:r>
        <w:t xml:space="preserve">a) </w:t>
      </w:r>
      <w:r w:rsidRPr="00F1784A">
        <w:rPr>
          <w:b/>
          <w:bCs/>
        </w:rPr>
        <w:t>Booking Clerk job description</w:t>
      </w:r>
      <w:r>
        <w:t xml:space="preserve"> to be prepared.</w:t>
      </w:r>
      <w:r w:rsidR="00AB38F2">
        <w:t xml:space="preserve"> Action Clerk</w:t>
      </w:r>
    </w:p>
    <w:p w14:paraId="7EBDAB5B" w14:textId="3DA38B5D" w:rsidR="002D7DC5" w:rsidRDefault="00F1784A">
      <w:r>
        <w:t xml:space="preserve">b) </w:t>
      </w:r>
      <w:r w:rsidRPr="00F1784A">
        <w:rPr>
          <w:b/>
          <w:bCs/>
        </w:rPr>
        <w:t>Hall cleaning</w:t>
      </w:r>
      <w:r>
        <w:t xml:space="preserve"> concerns raised; steam cleaner quotation to be obtained</w:t>
      </w:r>
      <w:r w:rsidR="00AB38F2">
        <w:t xml:space="preserve"> by Mr Iain Rich</w:t>
      </w:r>
      <w:r>
        <w:t>.</w:t>
      </w:r>
      <w:r w:rsidR="00AB38F2">
        <w:t xml:space="preserve"> Clerk to email chairperson and Cleaning Company.</w:t>
      </w:r>
    </w:p>
    <w:p w14:paraId="4D63AE41" w14:textId="7C01BD12" w:rsidR="002D7DC5" w:rsidRDefault="00F1784A">
      <w:r>
        <w:t xml:space="preserve">c) </w:t>
      </w:r>
      <w:r w:rsidRPr="00F1784A">
        <w:rPr>
          <w:b/>
          <w:bCs/>
        </w:rPr>
        <w:t>Parking issues at Old Chimney discussed</w:t>
      </w:r>
      <w:r>
        <w:t>.</w:t>
      </w:r>
      <w:r w:rsidR="00AB38F2">
        <w:t xml:space="preserve"> – Members raised concerns regarding vehicles parking overnight and in close proximity to the benches by Old Chimney, which restricts access to the post box, particularly for disabled users. Nadia Probert agreed to speak with those concerned to request that vehicles are not parked overnight and that consideration is given to maintaining clear access to the post box and seating area</w:t>
      </w:r>
    </w:p>
    <w:p w14:paraId="59895BB3" w14:textId="77777777" w:rsidR="00F1784A" w:rsidRDefault="00F1784A" w:rsidP="00F1784A">
      <w:pPr>
        <w:pStyle w:val="NormalWeb"/>
      </w:pPr>
      <w:r>
        <w:rPr>
          <w:rStyle w:val="Strong"/>
        </w:rPr>
        <w:t>d) Hedge near Oil Tank</w:t>
      </w:r>
      <w:r>
        <w:br/>
        <w:t>It was noted that the hedge near the oil tank requires cutting back to allow access. Del Evans will speak with Michael and request that the work be carried out.</w:t>
      </w:r>
    </w:p>
    <w:p w14:paraId="058FC742" w14:textId="77777777" w:rsidR="00F1784A" w:rsidRDefault="00F1784A" w:rsidP="00F1784A">
      <w:pPr>
        <w:pStyle w:val="NormalWeb"/>
      </w:pPr>
      <w:r>
        <w:rPr>
          <w:rStyle w:val="Strong"/>
        </w:rPr>
        <w:t>e) Smart Gardens Contract</w:t>
      </w:r>
      <w:r>
        <w:br/>
        <w:t>It was agreed that Smart Gardens be contacted to clarify what services are included within the annual cost. Information requested to include the scope of works and the frequency of visits. This information is to be itemised and reported back to Council.</w:t>
      </w:r>
    </w:p>
    <w:p w14:paraId="77DBF1A9" w14:textId="77777777" w:rsidR="00F1784A" w:rsidRDefault="00F1784A" w:rsidP="00F1784A">
      <w:pPr>
        <w:pStyle w:val="NormalWeb"/>
      </w:pPr>
      <w:r>
        <w:rPr>
          <w:rStyle w:val="Strong"/>
        </w:rPr>
        <w:lastRenderedPageBreak/>
        <w:t>f) Matters to be Referred to Cllr Jordan (February Meeting)</w:t>
      </w:r>
      <w:r>
        <w:br/>
        <w:t>The following issues are to be raised with Cllr Jordan at the February meeting:</w:t>
      </w:r>
    </w:p>
    <w:p w14:paraId="4BD2D38F" w14:textId="77777777" w:rsidR="00F1784A" w:rsidRDefault="00F1784A" w:rsidP="00F1784A">
      <w:pPr>
        <w:pStyle w:val="NormalWeb"/>
        <w:numPr>
          <w:ilvl w:val="0"/>
          <w:numId w:val="10"/>
        </w:numPr>
      </w:pPr>
      <w:r>
        <w:t>Ongoing flooding outside Quarry Cottage and the property of Mr Neil Finlays, which appears to be worsening over time.</w:t>
      </w:r>
    </w:p>
    <w:p w14:paraId="720AF5D4" w14:textId="77777777" w:rsidR="00F1784A" w:rsidRDefault="00F1784A" w:rsidP="00F1784A">
      <w:pPr>
        <w:pStyle w:val="NormalWeb"/>
        <w:numPr>
          <w:ilvl w:val="0"/>
          <w:numId w:val="10"/>
        </w:numPr>
      </w:pPr>
      <w:r>
        <w:t>The bus shelter at the top of the village, which is frequently wet/damp.</w:t>
      </w:r>
    </w:p>
    <w:p w14:paraId="2985C0E6" w14:textId="77777777" w:rsidR="00F1784A" w:rsidRDefault="00F1784A" w:rsidP="00F1784A">
      <w:pPr>
        <w:pStyle w:val="NormalWeb"/>
        <w:numPr>
          <w:ilvl w:val="0"/>
          <w:numId w:val="10"/>
        </w:numPr>
      </w:pPr>
      <w:r>
        <w:t>A pothole near Glebe House, prior to the start of the footpath, which regularly fills with water and presents a potential hazard.</w:t>
      </w:r>
    </w:p>
    <w:p w14:paraId="1985B8C6" w14:textId="77777777" w:rsidR="002D7DC5" w:rsidRPr="00AB38F2" w:rsidRDefault="00F1784A">
      <w:pPr>
        <w:rPr>
          <w:b/>
          <w:bCs/>
        </w:rPr>
      </w:pPr>
      <w:r w:rsidRPr="00AB38F2">
        <w:rPr>
          <w:b/>
          <w:bCs/>
        </w:rPr>
        <w:t>10/26 Accounts and Finances</w:t>
      </w:r>
    </w:p>
    <w:p w14:paraId="3A0E3CF3" w14:textId="77777777" w:rsidR="002D7DC5" w:rsidRDefault="00F1784A">
      <w:r>
        <w:t>a) Bank reconciliation as at 5 January 2026 presented.</w:t>
      </w:r>
    </w:p>
    <w:p w14:paraId="4F4518E2" w14:textId="77777777" w:rsidR="002D7DC5" w:rsidRDefault="00F1784A">
      <w:r>
        <w:t>b) Invoices for payment noted.</w:t>
      </w:r>
    </w:p>
    <w:p w14:paraId="28D87171" w14:textId="77777777" w:rsidR="002D7DC5" w:rsidRDefault="002D7DC5"/>
    <w:p w14:paraId="1284BFA4" w14:textId="77777777" w:rsidR="002D7DC5" w:rsidRDefault="00F1784A" w:rsidP="00F1784A">
      <w:pPr>
        <w:jc w:val="center"/>
      </w:pPr>
      <w:r>
        <w:t>Date of Next Meeting: Monday, 9 February 2026 at 7:00 pm</w:t>
      </w:r>
    </w:p>
    <w:p w14:paraId="09B8A3EA" w14:textId="77777777" w:rsidR="002D7DC5" w:rsidRDefault="002D7DC5"/>
    <w:sectPr w:rsidR="002D7DC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7AFF50EA"/>
    <w:multiLevelType w:val="multilevel"/>
    <w:tmpl w:val="CB203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3078989">
    <w:abstractNumId w:val="8"/>
  </w:num>
  <w:num w:numId="2" w16cid:durableId="1100904791">
    <w:abstractNumId w:val="6"/>
  </w:num>
  <w:num w:numId="3" w16cid:durableId="1966504004">
    <w:abstractNumId w:val="5"/>
  </w:num>
  <w:num w:numId="4" w16cid:durableId="767700825">
    <w:abstractNumId w:val="4"/>
  </w:num>
  <w:num w:numId="5" w16cid:durableId="1413044305">
    <w:abstractNumId w:val="7"/>
  </w:num>
  <w:num w:numId="6" w16cid:durableId="1703825453">
    <w:abstractNumId w:val="3"/>
  </w:num>
  <w:num w:numId="7" w16cid:durableId="1903249259">
    <w:abstractNumId w:val="2"/>
  </w:num>
  <w:num w:numId="8" w16cid:durableId="921066925">
    <w:abstractNumId w:val="1"/>
  </w:num>
  <w:num w:numId="9" w16cid:durableId="717970384">
    <w:abstractNumId w:val="0"/>
  </w:num>
  <w:num w:numId="10" w16cid:durableId="21582570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D7DC5"/>
    <w:rsid w:val="00326F90"/>
    <w:rsid w:val="0071404E"/>
    <w:rsid w:val="0094159A"/>
    <w:rsid w:val="00A341D2"/>
    <w:rsid w:val="00AA1D8D"/>
    <w:rsid w:val="00AB38F2"/>
    <w:rsid w:val="00B47730"/>
    <w:rsid w:val="00CB0664"/>
    <w:rsid w:val="00F1784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BDC9DE"/>
  <w14:defaultImageDpi w14:val="300"/>
  <w15:docId w15:val="{A84E71AA-0692-4204-B92A-0690429DB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F1784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495</Words>
  <Characters>2824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ST Florence Clerk</cp:lastModifiedBy>
  <cp:revision>3</cp:revision>
  <cp:lastPrinted>2026-01-16T16:20:00Z</cp:lastPrinted>
  <dcterms:created xsi:type="dcterms:W3CDTF">2026-01-16T16:21:00Z</dcterms:created>
  <dcterms:modified xsi:type="dcterms:W3CDTF">2026-02-03T15:43:00Z</dcterms:modified>
  <cp:category/>
</cp:coreProperties>
</file>