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A61AA" w14:textId="77777777" w:rsidR="003A61FE" w:rsidRDefault="00C240A0" w:rsidP="00B940CE">
      <w:pPr>
        <w:pStyle w:val="Heading1"/>
        <w:jc w:val="center"/>
      </w:pPr>
      <w:r>
        <w:t>ST FLORENCE COMMUNITY COUNCIL</w:t>
      </w:r>
    </w:p>
    <w:p w14:paraId="64817FD0" w14:textId="77777777" w:rsidR="003A61FE" w:rsidRDefault="00C240A0" w:rsidP="00BC193B">
      <w:pPr>
        <w:pStyle w:val="Heading2"/>
        <w:jc w:val="center"/>
      </w:pPr>
      <w:r>
        <w:t>NOTICE OF ORDINARY MEETING</w:t>
      </w:r>
    </w:p>
    <w:p w14:paraId="57112C39" w14:textId="77777777" w:rsidR="003A61FE" w:rsidRDefault="00C240A0" w:rsidP="00BC193B">
      <w:pPr>
        <w:jc w:val="center"/>
      </w:pPr>
      <w:r>
        <w:t>Date: Monday, 15 June 2026</w:t>
      </w:r>
    </w:p>
    <w:p w14:paraId="48DA627E" w14:textId="77777777" w:rsidR="003A61FE" w:rsidRDefault="00C240A0" w:rsidP="00BC193B">
      <w:pPr>
        <w:jc w:val="center"/>
      </w:pPr>
      <w:r>
        <w:t>Time: 7.00 pm</w:t>
      </w:r>
    </w:p>
    <w:p w14:paraId="7D01692A" w14:textId="42E70CEF" w:rsidR="003A61FE" w:rsidRDefault="00C240A0" w:rsidP="00BC193B">
      <w:pPr>
        <w:jc w:val="center"/>
      </w:pPr>
      <w:r>
        <w:t>Venue: Village Hall</w:t>
      </w:r>
      <w:r w:rsidR="00BC193B">
        <w:t xml:space="preserve"> St Florence</w:t>
      </w:r>
    </w:p>
    <w:p w14:paraId="3A2C77F4" w14:textId="77777777" w:rsidR="003A61FE" w:rsidRDefault="00C240A0" w:rsidP="00BC193B">
      <w:pPr>
        <w:jc w:val="center"/>
      </w:pPr>
      <w:r>
        <w:t>Members of the public and press are welcome to attend.</w:t>
      </w:r>
    </w:p>
    <w:p w14:paraId="5702A3AE" w14:textId="77777777" w:rsidR="003A61FE" w:rsidRDefault="00C240A0">
      <w:pPr>
        <w:pStyle w:val="Heading2"/>
      </w:pPr>
      <w:r>
        <w:t>1. Public Participation</w:t>
      </w:r>
    </w:p>
    <w:p w14:paraId="1B4E3476" w14:textId="77777777" w:rsidR="003A61FE" w:rsidRDefault="00C240A0">
      <w:r>
        <w:t>To receive questions, comments and representations from members of the public in accordance with Standing Orders.</w:t>
      </w:r>
    </w:p>
    <w:p w14:paraId="223F5C13" w14:textId="77777777" w:rsidR="003A61FE" w:rsidRDefault="00C240A0">
      <w:pPr>
        <w:pStyle w:val="Heading2"/>
      </w:pPr>
      <w:r>
        <w:t>2. Apologies for Absence</w:t>
      </w:r>
    </w:p>
    <w:p w14:paraId="73BC0A22" w14:textId="77777777" w:rsidR="003A61FE" w:rsidRDefault="00C240A0">
      <w:r>
        <w:t>To receive and approve apologies for absence.</w:t>
      </w:r>
    </w:p>
    <w:p w14:paraId="0FDDB443" w14:textId="77777777" w:rsidR="003A61FE" w:rsidRDefault="00C240A0">
      <w:pPr>
        <w:pStyle w:val="Heading2"/>
      </w:pPr>
      <w:r>
        <w:t>3. Declarations of Interest</w:t>
      </w:r>
    </w:p>
    <w:p w14:paraId="47593632" w14:textId="77777777" w:rsidR="003A61FE" w:rsidRDefault="00C240A0">
      <w:r>
        <w:t>To receive any declarations of interest in accordance with the Members' Code of Conduct.</w:t>
      </w:r>
    </w:p>
    <w:p w14:paraId="4480FD6C" w14:textId="77777777" w:rsidR="003A61FE" w:rsidRDefault="00C240A0">
      <w:pPr>
        <w:pStyle w:val="Heading2"/>
      </w:pPr>
      <w:r>
        <w:t>4. Approval of Minutes</w:t>
      </w:r>
    </w:p>
    <w:p w14:paraId="2386E93C" w14:textId="77777777" w:rsidR="003A61FE" w:rsidRDefault="00C240A0">
      <w:r>
        <w:t>To approve and sign the minutes of the Ordinary Meeting held on 11 May 2026.</w:t>
      </w:r>
    </w:p>
    <w:p w14:paraId="09AE63D7" w14:textId="77777777" w:rsidR="003A61FE" w:rsidRDefault="00C240A0">
      <w:pPr>
        <w:pStyle w:val="Heading2"/>
      </w:pPr>
      <w:r>
        <w:t>5. County Councillor's Report</w:t>
      </w:r>
    </w:p>
    <w:p w14:paraId="0238D5B3" w14:textId="459450AE" w:rsidR="003A61FE" w:rsidRDefault="00C240A0">
      <w:r>
        <w:t xml:space="preserve">To receive a report from County Councillor Rhys Jordan, including updates on Fiddlers Lane streetlight repair, Eastern Lane land slippage, </w:t>
      </w:r>
      <w:r>
        <w:t>PCC leadership changes and Devonshire Drive litter clearance.</w:t>
      </w:r>
    </w:p>
    <w:p w14:paraId="596AD60B" w14:textId="77777777" w:rsidR="003A61FE" w:rsidRDefault="00C240A0">
      <w:pPr>
        <w:pStyle w:val="Heading2"/>
      </w:pPr>
      <w:r>
        <w:t>6. Matters Arising from Previous Minutes</w:t>
      </w:r>
    </w:p>
    <w:p w14:paraId="72A24FAB" w14:textId="246862DF" w:rsidR="003A61FE" w:rsidRDefault="00C240A0">
      <w:r>
        <w:t>a) People and Places Grant; b) Hall Improvements Project</w:t>
      </w:r>
      <w:r w:rsidR="00BC193B">
        <w:t xml:space="preserve"> C) Further grant opportunities</w:t>
      </w:r>
    </w:p>
    <w:p w14:paraId="57D744A3" w14:textId="77777777" w:rsidR="003A61FE" w:rsidRDefault="00C240A0">
      <w:pPr>
        <w:pStyle w:val="Heading2"/>
      </w:pPr>
      <w:r>
        <w:t>7. Village and Village Hall Matters</w:t>
      </w:r>
    </w:p>
    <w:p w14:paraId="7871023E" w14:textId="19DD09C3" w:rsidR="003A61FE" w:rsidRDefault="00C240A0">
      <w:r>
        <w:t>a)</w:t>
      </w:r>
      <w:r>
        <w:t xml:space="preserve"> Village Hall Toilets</w:t>
      </w:r>
      <w:r w:rsidR="00BC193B">
        <w:t xml:space="preserve"> broken toilet </w:t>
      </w:r>
      <w:proofErr w:type="gramStart"/>
      <w:r w:rsidR="00BC193B">
        <w:t xml:space="preserve">seat </w:t>
      </w:r>
      <w:r>
        <w:t>;</w:t>
      </w:r>
      <w:proofErr w:type="gramEnd"/>
      <w:r>
        <w:t xml:space="preserve"> </w:t>
      </w:r>
      <w:r w:rsidR="00BC193B">
        <w:t>b</w:t>
      </w:r>
      <w:r>
        <w:t xml:space="preserve">) Parklands Stile Lighting; </w:t>
      </w:r>
      <w:r w:rsidR="00BC193B">
        <w:t>c) Rebecca Noyce email Polling Station Feedback</w:t>
      </w:r>
    </w:p>
    <w:p w14:paraId="22700D58" w14:textId="77777777" w:rsidR="003A61FE" w:rsidRDefault="00C240A0">
      <w:pPr>
        <w:pStyle w:val="Heading2"/>
      </w:pPr>
      <w:r>
        <w:t>8. Planning</w:t>
      </w:r>
    </w:p>
    <w:p w14:paraId="3FBCB685" w14:textId="77777777" w:rsidR="003A61FE" w:rsidRDefault="00C240A0">
      <w:r>
        <w:t>To consider any planning applications received since publication of the agenda and any planning correspondence requiring Council comment.</w:t>
      </w:r>
    </w:p>
    <w:p w14:paraId="45B2E615" w14:textId="77777777" w:rsidR="003A61FE" w:rsidRDefault="00C240A0">
      <w:pPr>
        <w:pStyle w:val="Heading2"/>
      </w:pPr>
      <w:r>
        <w:t>9. Finance</w:t>
      </w:r>
    </w:p>
    <w:p w14:paraId="7B317E54" w14:textId="6C3300C7" w:rsidR="003A61FE" w:rsidRDefault="00C240A0">
      <w:r>
        <w:t>a) Bank Reconciliation</w:t>
      </w:r>
      <w:r w:rsidR="00BC193B">
        <w:t xml:space="preserve"> sign off; b) cheques to be signed for the month</w:t>
      </w:r>
    </w:p>
    <w:p w14:paraId="13CA2522" w14:textId="7BB1D15E" w:rsidR="003A61FE" w:rsidRDefault="00C240A0">
      <w:r>
        <w:t>.</w:t>
      </w:r>
    </w:p>
    <w:p w14:paraId="4CFF41FF" w14:textId="4E7B614E" w:rsidR="003A61FE" w:rsidRDefault="00C240A0">
      <w:pPr>
        <w:pStyle w:val="Heading2"/>
      </w:pPr>
      <w:r>
        <w:lastRenderedPageBreak/>
        <w:t>1</w:t>
      </w:r>
      <w:r w:rsidR="00BC193B">
        <w:t>0</w:t>
      </w:r>
      <w:r>
        <w:t>. Date of Next Meeting</w:t>
      </w:r>
    </w:p>
    <w:p w14:paraId="7793B9C3" w14:textId="2380F52E" w:rsidR="003A61FE" w:rsidRDefault="00C240A0">
      <w:r>
        <w:t>To confirm the date of the next Ordinary Meeting of St Florence Community Council.</w:t>
      </w:r>
      <w:r w:rsidR="00BC193B">
        <w:t xml:space="preserve"> Monday 13</w:t>
      </w:r>
      <w:r w:rsidR="00BC193B" w:rsidRPr="00BC193B">
        <w:rPr>
          <w:vertAlign w:val="superscript"/>
        </w:rPr>
        <w:t>th</w:t>
      </w:r>
      <w:r w:rsidR="00BC193B">
        <w:t xml:space="preserve"> July 2026.</w:t>
      </w:r>
    </w:p>
    <w:sectPr w:rsidR="003A61F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81511506">
    <w:abstractNumId w:val="8"/>
  </w:num>
  <w:num w:numId="2" w16cid:durableId="268465411">
    <w:abstractNumId w:val="6"/>
  </w:num>
  <w:num w:numId="3" w16cid:durableId="1036856433">
    <w:abstractNumId w:val="5"/>
  </w:num>
  <w:num w:numId="4" w16cid:durableId="1613628858">
    <w:abstractNumId w:val="4"/>
  </w:num>
  <w:num w:numId="5" w16cid:durableId="1608153904">
    <w:abstractNumId w:val="7"/>
  </w:num>
  <w:num w:numId="6" w16cid:durableId="1246840932">
    <w:abstractNumId w:val="3"/>
  </w:num>
  <w:num w:numId="7" w16cid:durableId="1461804903">
    <w:abstractNumId w:val="2"/>
  </w:num>
  <w:num w:numId="8" w16cid:durableId="974527144">
    <w:abstractNumId w:val="1"/>
  </w:num>
  <w:num w:numId="9" w16cid:durableId="680351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A61FE"/>
    <w:rsid w:val="00541F28"/>
    <w:rsid w:val="00AA1D8D"/>
    <w:rsid w:val="00B47730"/>
    <w:rsid w:val="00B940CE"/>
    <w:rsid w:val="00BC193B"/>
    <w:rsid w:val="00C240A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8AB178"/>
  <w14:defaultImageDpi w14:val="300"/>
  <w15:docId w15:val="{4CB7014E-C8BA-4EA9-AD53-BF9D295FD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 Florence Clerk</cp:lastModifiedBy>
  <cp:revision>3</cp:revision>
  <cp:lastPrinted>2026-06-02T15:30:00Z</cp:lastPrinted>
  <dcterms:created xsi:type="dcterms:W3CDTF">2026-06-02T15:29:00Z</dcterms:created>
  <dcterms:modified xsi:type="dcterms:W3CDTF">2026-06-02T15:30:00Z</dcterms:modified>
  <cp:category/>
</cp:coreProperties>
</file>