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454A" w14:textId="77777777" w:rsidR="007056A5" w:rsidRDefault="004932E3">
      <w:pPr>
        <w:jc w:val="center"/>
      </w:pPr>
      <w:r>
        <w:rPr>
          <w:b/>
          <w:sz w:val="32"/>
        </w:rPr>
        <w:t>ST FLORENCE COMMUNITY COUNCIL</w:t>
      </w:r>
    </w:p>
    <w:p w14:paraId="50E7D1FE" w14:textId="77777777" w:rsidR="007056A5" w:rsidRDefault="004932E3">
      <w:pPr>
        <w:jc w:val="center"/>
      </w:pPr>
      <w:r>
        <w:rPr>
          <w:b/>
          <w:sz w:val="26"/>
        </w:rPr>
        <w:t>AGENDA – ORDINARY MEETING</w:t>
      </w:r>
    </w:p>
    <w:p w14:paraId="686FDA42" w14:textId="77777777" w:rsidR="007056A5" w:rsidRDefault="004932E3">
      <w:pPr>
        <w:jc w:val="center"/>
      </w:pPr>
      <w:r>
        <w:rPr>
          <w:b/>
          <w:sz w:val="22"/>
        </w:rPr>
        <w:t>Monday 14 September 2026 – 7.00 pm</w:t>
      </w:r>
    </w:p>
    <w:p w14:paraId="2614FFC7" w14:textId="77777777" w:rsidR="007056A5" w:rsidRPr="00DB2E57" w:rsidRDefault="004932E3">
      <w:pPr>
        <w:jc w:val="center"/>
        <w:rPr>
          <w:b/>
          <w:bCs/>
        </w:rPr>
      </w:pPr>
      <w:r w:rsidRPr="00DB2E57">
        <w:rPr>
          <w:b/>
          <w:bCs/>
          <w:i/>
        </w:rPr>
        <w:t>Village Hall, St Florence</w:t>
      </w:r>
    </w:p>
    <w:p w14:paraId="0EA53B0E" w14:textId="77777777" w:rsidR="007056A5" w:rsidRDefault="007056A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1"/>
        <w:gridCol w:w="9285"/>
      </w:tblGrid>
      <w:tr w:rsidR="007056A5" w14:paraId="225C6100" w14:textId="77777777">
        <w:trPr>
          <w:jc w:val="center"/>
        </w:trPr>
        <w:tc>
          <w:tcPr>
            <w:tcW w:w="648" w:type="dxa"/>
            <w:vAlign w:val="center"/>
          </w:tcPr>
          <w:p w14:paraId="73D73FAE" w14:textId="77777777" w:rsidR="007056A5" w:rsidRDefault="004932E3">
            <w:r>
              <w:rPr>
                <w:b/>
              </w:rPr>
              <w:t>1.</w:t>
            </w:r>
          </w:p>
        </w:tc>
        <w:tc>
          <w:tcPr>
            <w:tcW w:w="9648" w:type="dxa"/>
            <w:vAlign w:val="center"/>
          </w:tcPr>
          <w:p w14:paraId="23B2EDE0" w14:textId="77777777" w:rsidR="007056A5" w:rsidRDefault="004932E3">
            <w:r>
              <w:rPr>
                <w:b/>
              </w:rPr>
              <w:t>Public Participation</w:t>
            </w:r>
          </w:p>
        </w:tc>
      </w:tr>
      <w:tr w:rsidR="007056A5" w14:paraId="48808960" w14:textId="77777777">
        <w:trPr>
          <w:jc w:val="center"/>
        </w:trPr>
        <w:tc>
          <w:tcPr>
            <w:tcW w:w="648" w:type="dxa"/>
            <w:vAlign w:val="center"/>
          </w:tcPr>
          <w:p w14:paraId="4D02006F" w14:textId="77777777" w:rsidR="007056A5" w:rsidRDefault="004932E3">
            <w:r>
              <w:rPr>
                <w:b/>
              </w:rPr>
              <w:t>2.</w:t>
            </w:r>
          </w:p>
        </w:tc>
        <w:tc>
          <w:tcPr>
            <w:tcW w:w="9648" w:type="dxa"/>
            <w:vAlign w:val="center"/>
          </w:tcPr>
          <w:p w14:paraId="60D78E72" w14:textId="77777777" w:rsidR="007056A5" w:rsidRDefault="004932E3">
            <w:r>
              <w:rPr>
                <w:b/>
              </w:rPr>
              <w:t>Apologies for Absence</w:t>
            </w:r>
          </w:p>
        </w:tc>
      </w:tr>
      <w:tr w:rsidR="007056A5" w14:paraId="3EC2D906" w14:textId="77777777">
        <w:trPr>
          <w:jc w:val="center"/>
        </w:trPr>
        <w:tc>
          <w:tcPr>
            <w:tcW w:w="648" w:type="dxa"/>
            <w:vAlign w:val="center"/>
          </w:tcPr>
          <w:p w14:paraId="0622F92D" w14:textId="77777777" w:rsidR="007056A5" w:rsidRDefault="004932E3">
            <w:r>
              <w:rPr>
                <w:b/>
              </w:rPr>
              <w:t>3.</w:t>
            </w:r>
          </w:p>
        </w:tc>
        <w:tc>
          <w:tcPr>
            <w:tcW w:w="9648" w:type="dxa"/>
            <w:vAlign w:val="center"/>
          </w:tcPr>
          <w:p w14:paraId="06BDE9E6" w14:textId="77777777" w:rsidR="007056A5" w:rsidRDefault="004932E3">
            <w:r>
              <w:rPr>
                <w:b/>
              </w:rPr>
              <w:t>Declarations of Interest</w:t>
            </w:r>
          </w:p>
        </w:tc>
      </w:tr>
      <w:tr w:rsidR="007056A5" w14:paraId="24DF2417" w14:textId="77777777">
        <w:trPr>
          <w:jc w:val="center"/>
        </w:trPr>
        <w:tc>
          <w:tcPr>
            <w:tcW w:w="648" w:type="dxa"/>
            <w:vAlign w:val="center"/>
          </w:tcPr>
          <w:p w14:paraId="540C850F" w14:textId="77777777" w:rsidR="007056A5" w:rsidRDefault="004932E3">
            <w:r>
              <w:rPr>
                <w:b/>
              </w:rPr>
              <w:t>4.</w:t>
            </w:r>
          </w:p>
        </w:tc>
        <w:tc>
          <w:tcPr>
            <w:tcW w:w="9648" w:type="dxa"/>
            <w:vAlign w:val="center"/>
          </w:tcPr>
          <w:p w14:paraId="7F596E08" w14:textId="77777777" w:rsidR="007056A5" w:rsidRDefault="004932E3">
            <w:r>
              <w:rPr>
                <w:b/>
              </w:rPr>
              <w:t>Approval of Minutes</w:t>
            </w:r>
          </w:p>
        </w:tc>
      </w:tr>
      <w:tr w:rsidR="007056A5" w14:paraId="3BC1EB90" w14:textId="77777777">
        <w:trPr>
          <w:jc w:val="center"/>
        </w:trPr>
        <w:tc>
          <w:tcPr>
            <w:tcW w:w="648" w:type="dxa"/>
            <w:vAlign w:val="center"/>
          </w:tcPr>
          <w:p w14:paraId="1F785183" w14:textId="77777777" w:rsidR="007056A5" w:rsidRDefault="004932E3">
            <w:r>
              <w:rPr>
                <w:b/>
              </w:rPr>
              <w:t>5.</w:t>
            </w:r>
          </w:p>
        </w:tc>
        <w:tc>
          <w:tcPr>
            <w:tcW w:w="9648" w:type="dxa"/>
            <w:vAlign w:val="center"/>
          </w:tcPr>
          <w:p w14:paraId="65DBC92F" w14:textId="77777777" w:rsidR="007056A5" w:rsidRDefault="004932E3">
            <w:r>
              <w:rPr>
                <w:b/>
              </w:rPr>
              <w:t>County Councillor’s Report</w:t>
            </w:r>
          </w:p>
        </w:tc>
      </w:tr>
      <w:tr w:rsidR="007056A5" w14:paraId="0C2281A3" w14:textId="77777777">
        <w:trPr>
          <w:jc w:val="center"/>
        </w:trPr>
        <w:tc>
          <w:tcPr>
            <w:tcW w:w="648" w:type="dxa"/>
            <w:vAlign w:val="center"/>
          </w:tcPr>
          <w:p w14:paraId="1976C4D6" w14:textId="77777777" w:rsidR="007056A5" w:rsidRDefault="004932E3">
            <w:r>
              <w:rPr>
                <w:b/>
              </w:rPr>
              <w:t>6.</w:t>
            </w:r>
          </w:p>
        </w:tc>
        <w:tc>
          <w:tcPr>
            <w:tcW w:w="9648" w:type="dxa"/>
            <w:vAlign w:val="center"/>
          </w:tcPr>
          <w:p w14:paraId="7C6A1131" w14:textId="77777777" w:rsidR="007056A5" w:rsidRDefault="004932E3">
            <w:r>
              <w:rPr>
                <w:b/>
              </w:rPr>
              <w:t>Matters Arising / Updates from Previous Meeting</w:t>
            </w:r>
          </w:p>
        </w:tc>
      </w:tr>
      <w:tr w:rsidR="007056A5" w14:paraId="7EB85746" w14:textId="77777777">
        <w:trPr>
          <w:jc w:val="center"/>
        </w:trPr>
        <w:tc>
          <w:tcPr>
            <w:tcW w:w="648" w:type="dxa"/>
            <w:vAlign w:val="center"/>
          </w:tcPr>
          <w:p w14:paraId="22D3EF02" w14:textId="77777777" w:rsidR="007056A5" w:rsidRDefault="004932E3">
            <w:r>
              <w:rPr>
                <w:b/>
              </w:rPr>
              <w:t>7.</w:t>
            </w:r>
          </w:p>
        </w:tc>
        <w:tc>
          <w:tcPr>
            <w:tcW w:w="9648" w:type="dxa"/>
            <w:vAlign w:val="center"/>
          </w:tcPr>
          <w:p w14:paraId="3784DA52" w14:textId="77777777" w:rsidR="007056A5" w:rsidRDefault="004932E3">
            <w:r>
              <w:rPr>
                <w:b/>
              </w:rPr>
              <w:t>Village and Village Hall Matters</w:t>
            </w:r>
          </w:p>
        </w:tc>
      </w:tr>
      <w:tr w:rsidR="007056A5" w14:paraId="3AEE9435" w14:textId="77777777">
        <w:trPr>
          <w:jc w:val="center"/>
        </w:trPr>
        <w:tc>
          <w:tcPr>
            <w:tcW w:w="648" w:type="dxa"/>
            <w:vAlign w:val="center"/>
          </w:tcPr>
          <w:p w14:paraId="00F91052" w14:textId="77777777" w:rsidR="007056A5" w:rsidRDefault="004932E3">
            <w:r>
              <w:rPr>
                <w:b/>
              </w:rPr>
              <w:t>8.</w:t>
            </w:r>
          </w:p>
        </w:tc>
        <w:tc>
          <w:tcPr>
            <w:tcW w:w="9648" w:type="dxa"/>
            <w:vAlign w:val="center"/>
          </w:tcPr>
          <w:p w14:paraId="6DF3BEE0" w14:textId="77777777" w:rsidR="007056A5" w:rsidRDefault="004932E3">
            <w:r>
              <w:rPr>
                <w:b/>
              </w:rPr>
              <w:t>Planning</w:t>
            </w:r>
          </w:p>
        </w:tc>
      </w:tr>
      <w:tr w:rsidR="007056A5" w14:paraId="042F6BAF" w14:textId="77777777">
        <w:trPr>
          <w:jc w:val="center"/>
        </w:trPr>
        <w:tc>
          <w:tcPr>
            <w:tcW w:w="648" w:type="dxa"/>
            <w:vAlign w:val="center"/>
          </w:tcPr>
          <w:p w14:paraId="6DB88BCB" w14:textId="77777777" w:rsidR="007056A5" w:rsidRDefault="004932E3">
            <w:r>
              <w:rPr>
                <w:b/>
              </w:rPr>
              <w:t>9.</w:t>
            </w:r>
          </w:p>
        </w:tc>
        <w:tc>
          <w:tcPr>
            <w:tcW w:w="9648" w:type="dxa"/>
            <w:vAlign w:val="center"/>
          </w:tcPr>
          <w:p w14:paraId="5BD7E314" w14:textId="77777777" w:rsidR="007056A5" w:rsidRDefault="004932E3">
            <w:r>
              <w:rPr>
                <w:b/>
              </w:rPr>
              <w:t>Finance</w:t>
            </w:r>
          </w:p>
        </w:tc>
      </w:tr>
      <w:tr w:rsidR="007056A5" w14:paraId="69A32EBE" w14:textId="77777777">
        <w:trPr>
          <w:jc w:val="center"/>
        </w:trPr>
        <w:tc>
          <w:tcPr>
            <w:tcW w:w="648" w:type="dxa"/>
            <w:vAlign w:val="center"/>
          </w:tcPr>
          <w:p w14:paraId="2A42BDE4" w14:textId="77777777" w:rsidR="007056A5" w:rsidRDefault="004932E3">
            <w:r>
              <w:rPr>
                <w:b/>
              </w:rPr>
              <w:t>10.</w:t>
            </w:r>
          </w:p>
        </w:tc>
        <w:tc>
          <w:tcPr>
            <w:tcW w:w="9648" w:type="dxa"/>
            <w:vAlign w:val="center"/>
          </w:tcPr>
          <w:p w14:paraId="5D7B98D6" w14:textId="77777777" w:rsidR="007056A5" w:rsidRDefault="004932E3">
            <w:r>
              <w:rPr>
                <w:b/>
              </w:rPr>
              <w:t>Correspondence</w:t>
            </w:r>
          </w:p>
        </w:tc>
      </w:tr>
      <w:tr w:rsidR="007056A5" w14:paraId="156303BA" w14:textId="77777777">
        <w:trPr>
          <w:jc w:val="center"/>
        </w:trPr>
        <w:tc>
          <w:tcPr>
            <w:tcW w:w="648" w:type="dxa"/>
            <w:vAlign w:val="center"/>
          </w:tcPr>
          <w:p w14:paraId="34452988" w14:textId="77777777" w:rsidR="007056A5" w:rsidRDefault="004932E3">
            <w:r>
              <w:rPr>
                <w:b/>
              </w:rPr>
              <w:t>11.</w:t>
            </w:r>
          </w:p>
        </w:tc>
        <w:tc>
          <w:tcPr>
            <w:tcW w:w="9648" w:type="dxa"/>
            <w:vAlign w:val="center"/>
          </w:tcPr>
          <w:p w14:paraId="5C571F92" w14:textId="77777777" w:rsidR="007056A5" w:rsidRDefault="004932E3">
            <w:r>
              <w:rPr>
                <w:b/>
              </w:rPr>
              <w:t>Any Other Business</w:t>
            </w:r>
          </w:p>
        </w:tc>
      </w:tr>
      <w:tr w:rsidR="007056A5" w14:paraId="652768CF" w14:textId="77777777">
        <w:trPr>
          <w:jc w:val="center"/>
        </w:trPr>
        <w:tc>
          <w:tcPr>
            <w:tcW w:w="648" w:type="dxa"/>
            <w:vAlign w:val="center"/>
          </w:tcPr>
          <w:p w14:paraId="1292A853" w14:textId="77777777" w:rsidR="007056A5" w:rsidRDefault="004932E3">
            <w:r>
              <w:rPr>
                <w:b/>
              </w:rPr>
              <w:t>12.</w:t>
            </w:r>
          </w:p>
        </w:tc>
        <w:tc>
          <w:tcPr>
            <w:tcW w:w="9648" w:type="dxa"/>
            <w:vAlign w:val="center"/>
          </w:tcPr>
          <w:p w14:paraId="1F504302" w14:textId="77777777" w:rsidR="007056A5" w:rsidRDefault="004932E3">
            <w:r>
              <w:rPr>
                <w:b/>
              </w:rPr>
              <w:t>Date of Next Meeting</w:t>
            </w:r>
          </w:p>
        </w:tc>
      </w:tr>
    </w:tbl>
    <w:p w14:paraId="33ECB92C" w14:textId="77777777" w:rsidR="007056A5" w:rsidRDefault="007056A5"/>
    <w:p w14:paraId="1B889D03" w14:textId="77777777" w:rsidR="007056A5" w:rsidRDefault="004932E3">
      <w:r>
        <w:rPr>
          <w:b/>
        </w:rPr>
        <w:t>1.  Public Participation</w:t>
      </w:r>
    </w:p>
    <w:p w14:paraId="62FC2F44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Opportunity for members of the public to raise matters relevant to the Community Council.</w:t>
      </w:r>
    </w:p>
    <w:p w14:paraId="2EC4D5F2" w14:textId="6E811122" w:rsidR="001140C2" w:rsidRDefault="00B9569B" w:rsidP="00B9569B">
      <w:pPr>
        <w:ind w:left="288" w:hanging="288"/>
        <w:rPr>
          <w:b/>
        </w:rPr>
      </w:pPr>
      <w:r>
        <w:rPr>
          <w:b/>
        </w:rPr>
        <w:t>2.</w:t>
      </w:r>
      <w:r w:rsidR="00E8259C">
        <w:rPr>
          <w:b/>
        </w:rPr>
        <w:t xml:space="preserve"> </w:t>
      </w:r>
      <w:r w:rsidR="00136585">
        <w:rPr>
          <w:b/>
        </w:rPr>
        <w:t xml:space="preserve">Apologies for </w:t>
      </w:r>
      <w:r w:rsidR="00E8259C">
        <w:rPr>
          <w:b/>
        </w:rPr>
        <w:t>absence</w:t>
      </w:r>
    </w:p>
    <w:p w14:paraId="64742038" w14:textId="4756725D" w:rsidR="00B9569B" w:rsidRDefault="00B9569B" w:rsidP="00B9569B">
      <w:pPr>
        <w:ind w:left="288" w:hanging="288"/>
      </w:pPr>
      <w:r>
        <w:rPr>
          <w:b/>
        </w:rPr>
        <w:t>3</w:t>
      </w:r>
      <w:r w:rsidR="00E8259C">
        <w:rPr>
          <w:b/>
        </w:rPr>
        <w:t>. Declarations of Interest</w:t>
      </w:r>
    </w:p>
    <w:p w14:paraId="7FAE1FDD" w14:textId="4F2A0508" w:rsidR="007056A5" w:rsidRDefault="004932E3">
      <w:r>
        <w:rPr>
          <w:b/>
        </w:rPr>
        <w:t>4</w:t>
      </w:r>
      <w:r w:rsidR="00E8259C">
        <w:rPr>
          <w:b/>
        </w:rPr>
        <w:t>. Approval</w:t>
      </w:r>
      <w:r>
        <w:rPr>
          <w:b/>
        </w:rPr>
        <w:t xml:space="preserve"> of Minutes</w:t>
      </w:r>
    </w:p>
    <w:p w14:paraId="56094B28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To approve the minutes of the Ordinary Meeting held on Monday 13 July 2026.</w:t>
      </w:r>
    </w:p>
    <w:p w14:paraId="1F33398B" w14:textId="49B09970" w:rsidR="00B9569B" w:rsidRPr="00770146" w:rsidRDefault="00B9569B" w:rsidP="00B9569B">
      <w:pPr>
        <w:ind w:left="288" w:hanging="288"/>
        <w:rPr>
          <w:bCs/>
        </w:rPr>
      </w:pPr>
      <w:r>
        <w:rPr>
          <w:b/>
        </w:rPr>
        <w:t>5.</w:t>
      </w:r>
      <w:r w:rsidR="00E8259C">
        <w:rPr>
          <w:b/>
        </w:rPr>
        <w:t xml:space="preserve"> County </w:t>
      </w:r>
      <w:r w:rsidR="00770146">
        <w:rPr>
          <w:b/>
        </w:rPr>
        <w:t>Councilors</w:t>
      </w:r>
      <w:r w:rsidR="00E8259C">
        <w:rPr>
          <w:b/>
        </w:rPr>
        <w:t xml:space="preserve"> Report – </w:t>
      </w:r>
      <w:r w:rsidR="00E8259C" w:rsidRPr="00770146">
        <w:rPr>
          <w:bCs/>
        </w:rPr>
        <w:t>Cllr Jordan to report</w:t>
      </w:r>
    </w:p>
    <w:p w14:paraId="3D9530B2" w14:textId="3C5AA110" w:rsidR="007056A5" w:rsidRDefault="004932E3">
      <w:r>
        <w:rPr>
          <w:b/>
        </w:rPr>
        <w:t>6</w:t>
      </w:r>
      <w:r w:rsidR="00770146">
        <w:rPr>
          <w:b/>
        </w:rPr>
        <w:t>. Matters</w:t>
      </w:r>
      <w:r>
        <w:rPr>
          <w:b/>
        </w:rPr>
        <w:t xml:space="preserve"> Arising / Updates from Previous Meeting</w:t>
      </w:r>
    </w:p>
    <w:p w14:paraId="1F79FD79" w14:textId="3D798978" w:rsidR="007056A5" w:rsidRDefault="004932E3">
      <w:pPr>
        <w:ind w:left="648" w:hanging="288"/>
      </w:pPr>
      <w:r>
        <w:rPr>
          <w:b/>
        </w:rPr>
        <w:t xml:space="preserve">• </w:t>
      </w:r>
      <w:r>
        <w:t>Grant funding – receive any further update</w:t>
      </w:r>
      <w:r w:rsidR="00770146">
        <w:t>s</w:t>
      </w:r>
      <w:r>
        <w:t>.</w:t>
      </w:r>
      <w:r w:rsidR="00770146">
        <w:t xml:space="preserve"> Alan Jones</w:t>
      </w:r>
    </w:p>
    <w:p w14:paraId="25FDD882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Folding tables – update on purchase/arrangements for approximately six tables.</w:t>
      </w:r>
    </w:p>
    <w:p w14:paraId="1667CCFE" w14:textId="26BE0EBA" w:rsidR="007056A5" w:rsidRPr="004604C9" w:rsidRDefault="004932E3">
      <w:pPr>
        <w:ind w:left="648" w:hanging="288"/>
        <w:rPr>
          <w:bCs/>
        </w:rPr>
      </w:pPr>
      <w:r>
        <w:rPr>
          <w:b/>
        </w:rPr>
        <w:t>•</w:t>
      </w:r>
      <w:r w:rsidR="008F4CBC">
        <w:rPr>
          <w:b/>
        </w:rPr>
        <w:t xml:space="preserve"> </w:t>
      </w:r>
      <w:r w:rsidR="008F4CBC" w:rsidRPr="004604C9">
        <w:rPr>
          <w:bCs/>
        </w:rPr>
        <w:t xml:space="preserve">Correspondence with </w:t>
      </w:r>
      <w:r w:rsidR="004604C9" w:rsidRPr="004604C9">
        <w:rPr>
          <w:bCs/>
        </w:rPr>
        <w:t xml:space="preserve">Barry Wolverson Cricket Club – Chair </w:t>
      </w:r>
    </w:p>
    <w:p w14:paraId="272FF6FB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Vegetation works – further inspection/update around The Mill and River Ritec.</w:t>
      </w:r>
    </w:p>
    <w:p w14:paraId="7622B254" w14:textId="081107E1" w:rsidR="007056A5" w:rsidRDefault="004932E3">
      <w:pPr>
        <w:ind w:left="648" w:hanging="288"/>
      </w:pPr>
      <w:r>
        <w:rPr>
          <w:b/>
        </w:rPr>
        <w:t xml:space="preserve">• </w:t>
      </w:r>
      <w:r w:rsidR="008735CE">
        <w:t>Play Park</w:t>
      </w:r>
      <w:r>
        <w:t xml:space="preserve"> inspections – receive update on</w:t>
      </w:r>
      <w:r w:rsidR="00A1358D">
        <w:t xml:space="preserve"> maintenance plan options</w:t>
      </w:r>
    </w:p>
    <w:p w14:paraId="2C2034BB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Replacement Village Hall bins – update.</w:t>
      </w:r>
    </w:p>
    <w:p w14:paraId="6A93B948" w14:textId="1E4BAFB8" w:rsidR="007056A5" w:rsidRDefault="004932E3">
      <w:pPr>
        <w:ind w:left="648" w:hanging="288"/>
      </w:pPr>
      <w:r>
        <w:rPr>
          <w:b/>
        </w:rPr>
        <w:t xml:space="preserve">• </w:t>
      </w:r>
      <w:r w:rsidR="00747E75">
        <w:t>Alan Jones correspondence</w:t>
      </w:r>
      <w:r w:rsidR="00BF61EC">
        <w:t xml:space="preserve"> (various)</w:t>
      </w:r>
    </w:p>
    <w:p w14:paraId="4037E6B5" w14:textId="6A9D5918" w:rsidR="007056A5" w:rsidRDefault="007056A5">
      <w:pPr>
        <w:ind w:left="648" w:hanging="288"/>
      </w:pPr>
    </w:p>
    <w:p w14:paraId="3B9A88A4" w14:textId="2E28572E" w:rsidR="007056A5" w:rsidRDefault="004932E3">
      <w:r>
        <w:rPr>
          <w:b/>
        </w:rPr>
        <w:lastRenderedPageBreak/>
        <w:t>7</w:t>
      </w:r>
      <w:r w:rsidR="00BF61EC">
        <w:rPr>
          <w:b/>
        </w:rPr>
        <w:t>. Village</w:t>
      </w:r>
      <w:r>
        <w:rPr>
          <w:b/>
        </w:rPr>
        <w:t xml:space="preserve"> and Village Hall Matters</w:t>
      </w:r>
    </w:p>
    <w:p w14:paraId="3278E215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Village Hall – disabled toilet signage and any other outstanding matters.</w:t>
      </w:r>
    </w:p>
    <w:p w14:paraId="628605AF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Village matters – benches, vegetation and any other issues requiring attention.</w:t>
      </w:r>
    </w:p>
    <w:p w14:paraId="4A950468" w14:textId="77777777" w:rsidR="007056A5" w:rsidRDefault="004932E3">
      <w:r>
        <w:rPr>
          <w:b/>
        </w:rPr>
        <w:t>8.  Planning</w:t>
      </w:r>
    </w:p>
    <w:p w14:paraId="59304840" w14:textId="1FC4A72D" w:rsidR="007056A5" w:rsidRDefault="004932E3">
      <w:pPr>
        <w:ind w:left="648" w:hanging="288"/>
      </w:pPr>
      <w:r>
        <w:rPr>
          <w:b/>
        </w:rPr>
        <w:t xml:space="preserve">• </w:t>
      </w:r>
      <w:r w:rsidR="00BF61EC">
        <w:t>No new applications received</w:t>
      </w:r>
    </w:p>
    <w:p w14:paraId="2C50A9CD" w14:textId="4759C692" w:rsidR="007056A5" w:rsidRDefault="004932E3">
      <w:r>
        <w:rPr>
          <w:b/>
        </w:rPr>
        <w:t>9</w:t>
      </w:r>
      <w:r w:rsidR="007B55B8">
        <w:rPr>
          <w:b/>
        </w:rPr>
        <w:t>. Finance</w:t>
      </w:r>
    </w:p>
    <w:p w14:paraId="2D8EDC30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Bank reconciliation.</w:t>
      </w:r>
    </w:p>
    <w:p w14:paraId="5CA1F88D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Payments for approval.</w:t>
      </w:r>
    </w:p>
    <w:p w14:paraId="4CC90E44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Any other financial matters.</w:t>
      </w:r>
    </w:p>
    <w:p w14:paraId="583526C3" w14:textId="77777777" w:rsidR="007056A5" w:rsidRDefault="004932E3">
      <w:r>
        <w:rPr>
          <w:b/>
        </w:rPr>
        <w:t>10.  Correspondence</w:t>
      </w:r>
    </w:p>
    <w:p w14:paraId="0A1CDB70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Review correspondence received since the July meeting, including any matters arising from the summer recess.</w:t>
      </w:r>
    </w:p>
    <w:p w14:paraId="101B0DF0" w14:textId="77777777" w:rsidR="007056A5" w:rsidRDefault="004932E3">
      <w:r>
        <w:rPr>
          <w:b/>
        </w:rPr>
        <w:t>11.  Any Other Business</w:t>
      </w:r>
    </w:p>
    <w:p w14:paraId="78F27724" w14:textId="77777777" w:rsidR="007056A5" w:rsidRDefault="004932E3">
      <w:pPr>
        <w:ind w:left="648" w:hanging="288"/>
      </w:pPr>
      <w:r>
        <w:rPr>
          <w:b/>
        </w:rPr>
        <w:t xml:space="preserve">• </w:t>
      </w:r>
      <w:r>
        <w:t>Any other matters raised by Councillors.</w:t>
      </w:r>
    </w:p>
    <w:p w14:paraId="08D1A0CF" w14:textId="77777777" w:rsidR="007056A5" w:rsidRDefault="004932E3">
      <w:r>
        <w:rPr>
          <w:b/>
        </w:rPr>
        <w:t>12.  Date of Next Meeting</w:t>
      </w:r>
    </w:p>
    <w:p w14:paraId="6D12DB12" w14:textId="7E678638" w:rsidR="007056A5" w:rsidRPr="007B55B8" w:rsidRDefault="004932E3">
      <w:pPr>
        <w:ind w:left="648" w:hanging="288"/>
        <w:rPr>
          <w:bCs/>
        </w:rPr>
      </w:pPr>
      <w:r>
        <w:rPr>
          <w:b/>
        </w:rPr>
        <w:t>•</w:t>
      </w:r>
      <w:r w:rsidR="00BF61EC">
        <w:rPr>
          <w:b/>
        </w:rPr>
        <w:t xml:space="preserve"> </w:t>
      </w:r>
      <w:r w:rsidR="007B55B8" w:rsidRPr="007B55B8">
        <w:rPr>
          <w:bCs/>
        </w:rPr>
        <w:t xml:space="preserve">Monday </w:t>
      </w:r>
      <w:r w:rsidR="00BF61EC" w:rsidRPr="007B55B8">
        <w:rPr>
          <w:bCs/>
        </w:rPr>
        <w:t xml:space="preserve">October </w:t>
      </w:r>
      <w:r w:rsidR="007B55B8" w:rsidRPr="007B55B8">
        <w:rPr>
          <w:bCs/>
        </w:rPr>
        <w:t>12</w:t>
      </w:r>
      <w:r w:rsidR="007B55B8" w:rsidRPr="007B55B8">
        <w:rPr>
          <w:bCs/>
          <w:vertAlign w:val="superscript"/>
        </w:rPr>
        <w:t>th</w:t>
      </w:r>
      <w:r w:rsidR="007B55B8" w:rsidRPr="007B55B8">
        <w:rPr>
          <w:bCs/>
        </w:rPr>
        <w:t>2026 @ 7pm – Village Hall</w:t>
      </w:r>
    </w:p>
    <w:p w14:paraId="076B3263" w14:textId="77777777" w:rsidR="007056A5" w:rsidRDefault="007056A5"/>
    <w:p w14:paraId="3678A25C" w14:textId="77777777" w:rsidR="007056A5" w:rsidRDefault="004932E3">
      <w:pPr>
        <w:jc w:val="center"/>
      </w:pPr>
      <w:r>
        <w:rPr>
          <w:i/>
          <w:sz w:val="18"/>
        </w:rPr>
        <w:t>Note: The Council did not meet in August 2026 due to the summer holiday period.</w:t>
      </w:r>
    </w:p>
    <w:sectPr w:rsidR="007056A5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8285083">
    <w:abstractNumId w:val="8"/>
  </w:num>
  <w:num w:numId="2" w16cid:durableId="1305161710">
    <w:abstractNumId w:val="6"/>
  </w:num>
  <w:num w:numId="3" w16cid:durableId="1078477474">
    <w:abstractNumId w:val="5"/>
  </w:num>
  <w:num w:numId="4" w16cid:durableId="98181759">
    <w:abstractNumId w:val="4"/>
  </w:num>
  <w:num w:numId="5" w16cid:durableId="1518420249">
    <w:abstractNumId w:val="7"/>
  </w:num>
  <w:num w:numId="6" w16cid:durableId="29770549">
    <w:abstractNumId w:val="3"/>
  </w:num>
  <w:num w:numId="7" w16cid:durableId="506215687">
    <w:abstractNumId w:val="2"/>
  </w:num>
  <w:num w:numId="8" w16cid:durableId="1693531333">
    <w:abstractNumId w:val="1"/>
  </w:num>
  <w:num w:numId="9" w16cid:durableId="8600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40C2"/>
    <w:rsid w:val="00136585"/>
    <w:rsid w:val="0015074B"/>
    <w:rsid w:val="0029639D"/>
    <w:rsid w:val="00326F90"/>
    <w:rsid w:val="004604C9"/>
    <w:rsid w:val="004932E3"/>
    <w:rsid w:val="007056A5"/>
    <w:rsid w:val="00747E75"/>
    <w:rsid w:val="00770146"/>
    <w:rsid w:val="007B55B8"/>
    <w:rsid w:val="008735CE"/>
    <w:rsid w:val="00873C8B"/>
    <w:rsid w:val="008F4CBC"/>
    <w:rsid w:val="00A1358D"/>
    <w:rsid w:val="00AA1D8D"/>
    <w:rsid w:val="00B47730"/>
    <w:rsid w:val="00B9569B"/>
    <w:rsid w:val="00BF61EC"/>
    <w:rsid w:val="00C625DF"/>
    <w:rsid w:val="00CB0664"/>
    <w:rsid w:val="00DB2CBA"/>
    <w:rsid w:val="00DB2E57"/>
    <w:rsid w:val="00E825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A51AF0"/>
  <w14:defaultImageDpi w14:val="300"/>
  <w15:docId w15:val="{84BF23D0-9B2D-43C5-BDB8-CFDB9406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 Florence Clerk</cp:lastModifiedBy>
  <cp:revision>16</cp:revision>
  <dcterms:created xsi:type="dcterms:W3CDTF">2026-09-06T15:01:00Z</dcterms:created>
  <dcterms:modified xsi:type="dcterms:W3CDTF">2026-09-06T15:17:00Z</dcterms:modified>
  <cp:category/>
</cp:coreProperties>
</file>