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91584" w14:textId="77777777" w:rsidR="002A19ED" w:rsidRDefault="00B23FF3" w:rsidP="001B65A8">
      <w:pPr>
        <w:pStyle w:val="Heading1"/>
        <w:jc w:val="center"/>
      </w:pPr>
      <w:r>
        <w:t>ST FLORENCE COMMUNITY COUNCIL</w:t>
      </w:r>
    </w:p>
    <w:p w14:paraId="18AB4AD0" w14:textId="77777777" w:rsidR="002A19ED" w:rsidRDefault="00B23FF3" w:rsidP="001B65A8">
      <w:pPr>
        <w:jc w:val="center"/>
      </w:pPr>
      <w:r>
        <w:t>Minutes of the Ordinary Meeting held on Monday 13 July 2026</w:t>
      </w:r>
      <w:r>
        <w:br/>
        <w:t>Venue: Village Hall, St Florence</w:t>
      </w:r>
      <w:r>
        <w:br/>
        <w:t>Time: 7.00 pm</w:t>
      </w:r>
    </w:p>
    <w:p w14:paraId="2460AB06" w14:textId="30E9987A" w:rsidR="001B65A8" w:rsidRDefault="001B65A8" w:rsidP="001B65A8">
      <w:pPr>
        <w:jc w:val="center"/>
      </w:pPr>
      <w:r>
        <w:t xml:space="preserve">Present: Cllr Sian Hughes (Chair), Rachel Ruff (note taker and Clerk), Cllr Del Evans, </w:t>
      </w:r>
      <w:proofErr w:type="spellStart"/>
      <w:r>
        <w:t>Clls</w:t>
      </w:r>
      <w:proofErr w:type="spellEnd"/>
      <w:r>
        <w:t xml:space="preserve"> Margaret Littler, Nadia Probert, Micheal Anderson, Iain Rich </w:t>
      </w:r>
    </w:p>
    <w:p w14:paraId="7E61C994" w14:textId="77777777" w:rsidR="002A19ED" w:rsidRDefault="00B23FF3">
      <w:pPr>
        <w:pStyle w:val="Heading2"/>
      </w:pPr>
      <w:r>
        <w:t>1. Public Participation</w:t>
      </w:r>
    </w:p>
    <w:p w14:paraId="087F1F91" w14:textId="77777777" w:rsidR="002A19ED" w:rsidRDefault="00B23FF3">
      <w:r>
        <w:t>Grant funding, mower options and a proposal to revive the village cricket team were discussed. Members invited the representative to advise what assistance was required and agreed work should begin to prepare the area for next year.</w:t>
      </w:r>
    </w:p>
    <w:p w14:paraId="0FEAA744" w14:textId="77777777" w:rsidR="002A19ED" w:rsidRDefault="00B23FF3">
      <w:pPr>
        <w:pStyle w:val="Heading2"/>
      </w:pPr>
      <w:r>
        <w:t>2. Apologies for Absence</w:t>
      </w:r>
    </w:p>
    <w:p w14:paraId="381F87E9" w14:textId="77777777" w:rsidR="002A19ED" w:rsidRDefault="00B23FF3">
      <w:r>
        <w:t>None.</w:t>
      </w:r>
    </w:p>
    <w:p w14:paraId="2CADD5EE" w14:textId="77777777" w:rsidR="002A19ED" w:rsidRDefault="00B23FF3">
      <w:pPr>
        <w:pStyle w:val="Heading2"/>
      </w:pPr>
      <w:r>
        <w:t>3. Declarations of Interest</w:t>
      </w:r>
    </w:p>
    <w:p w14:paraId="23F4CE99" w14:textId="77777777" w:rsidR="002A19ED" w:rsidRDefault="00B23FF3">
      <w:r>
        <w:t>None.</w:t>
      </w:r>
    </w:p>
    <w:p w14:paraId="01A693D6" w14:textId="77777777" w:rsidR="002A19ED" w:rsidRDefault="00B23FF3">
      <w:pPr>
        <w:pStyle w:val="Heading2"/>
      </w:pPr>
      <w:r>
        <w:t>4. Approval of Minutes</w:t>
      </w:r>
    </w:p>
    <w:p w14:paraId="6E821A75" w14:textId="04E55642" w:rsidR="002A19ED" w:rsidRDefault="00B23FF3">
      <w:r>
        <w:t xml:space="preserve">The minutes of the meeting held on 8 June 2026 were approved. The Wales Audit 2025/26 documentation was </w:t>
      </w:r>
      <w:proofErr w:type="gramStart"/>
      <w:r>
        <w:t>approved</w:t>
      </w:r>
      <w:proofErr w:type="gramEnd"/>
      <w:r>
        <w:t xml:space="preserve"> and the Clerk will </w:t>
      </w:r>
      <w:proofErr w:type="gramStart"/>
      <w:r>
        <w:t>submit</w:t>
      </w:r>
      <w:proofErr w:type="gramEnd"/>
      <w:r>
        <w:t xml:space="preserve"> </w:t>
      </w:r>
      <w:r>
        <w:t>by post.</w:t>
      </w:r>
    </w:p>
    <w:p w14:paraId="103DF0AC" w14:textId="77777777" w:rsidR="002A19ED" w:rsidRDefault="00B23FF3">
      <w:pPr>
        <w:pStyle w:val="Heading2"/>
      </w:pPr>
      <w:r>
        <w:t>5. County Councillor’s Report</w:t>
      </w:r>
    </w:p>
    <w:p w14:paraId="3346A05F" w14:textId="77777777" w:rsidR="002A19ED" w:rsidRDefault="00B23FF3">
      <w:r>
        <w:t>Reports were received on Long Course Weekend traffic, beach dog restrictions, crematorium fees, Gumfreston flooding, Village Hall fundraising and the removal of the refuse tip booking system from September.</w:t>
      </w:r>
    </w:p>
    <w:p w14:paraId="37832498" w14:textId="77777777" w:rsidR="002A19ED" w:rsidRDefault="00B23FF3">
      <w:pPr>
        <w:pStyle w:val="Heading2"/>
      </w:pPr>
      <w:r>
        <w:t>6. Matters Arising</w:t>
      </w:r>
    </w:p>
    <w:p w14:paraId="3D1FAB05" w14:textId="2A9446BC" w:rsidR="002A19ED" w:rsidRDefault="00B23FF3">
      <w:r>
        <w:t>Grant update noted</w:t>
      </w:r>
      <w:r w:rsidR="001B65A8">
        <w:t xml:space="preserve"> from Alan Jones.</w:t>
      </w:r>
      <w:r>
        <w:t xml:space="preserve"> Members approved purchasing approximately six folding tables at around £95 each; Cllr Littler to arrange.</w:t>
      </w:r>
    </w:p>
    <w:p w14:paraId="02F0A374" w14:textId="77777777" w:rsidR="002A19ED" w:rsidRDefault="00B23FF3">
      <w:pPr>
        <w:pStyle w:val="Heading2"/>
      </w:pPr>
      <w:r>
        <w:t>7. Village and Village Hall Matters</w:t>
      </w:r>
    </w:p>
    <w:p w14:paraId="64BB5B4D" w14:textId="77777777" w:rsidR="002A19ED" w:rsidRDefault="00B23FF3">
      <w:r>
        <w:t>Toilet seat repaired; disabled toilet signage required. Chair to draft polling station email. Hall hire actions completed. Vegetation works completed with further inspections around The Mill and River Ritec. Benches moved.</w:t>
      </w:r>
    </w:p>
    <w:p w14:paraId="02AA81BB" w14:textId="77777777" w:rsidR="002A19ED" w:rsidRDefault="00B23FF3">
      <w:pPr>
        <w:pStyle w:val="Heading2"/>
      </w:pPr>
      <w:r>
        <w:t>8. Planning</w:t>
      </w:r>
    </w:p>
    <w:p w14:paraId="623F8480" w14:textId="77777777" w:rsidR="002A19ED" w:rsidRDefault="00B23FF3">
      <w:r>
        <w:t>Previous comments on the High Street development remained unchanged. Revised plans for Tenterhow roof terrace were supported.</w:t>
      </w:r>
    </w:p>
    <w:p w14:paraId="39CB0ABA" w14:textId="77777777" w:rsidR="002A19ED" w:rsidRDefault="00B23FF3">
      <w:pPr>
        <w:pStyle w:val="Heading2"/>
      </w:pPr>
      <w:r>
        <w:lastRenderedPageBreak/>
        <w:t>9. Finance</w:t>
      </w:r>
    </w:p>
    <w:p w14:paraId="3D676573" w14:textId="77777777" w:rsidR="002A19ED" w:rsidRDefault="00B23FF3">
      <w:r>
        <w:t>Bank reconciliation and payments approved.</w:t>
      </w:r>
    </w:p>
    <w:p w14:paraId="42ABCB7D" w14:textId="77777777" w:rsidR="002A19ED" w:rsidRDefault="00B23FF3">
      <w:pPr>
        <w:pStyle w:val="Heading2"/>
      </w:pPr>
      <w:r>
        <w:t>10. Correspondence</w:t>
      </w:r>
    </w:p>
    <w:p w14:paraId="53AA44AA" w14:textId="77777777" w:rsidR="002A19ED" w:rsidRDefault="00B23FF3">
      <w:r>
        <w:t>Village Fete first aider requirements noted.</w:t>
      </w:r>
    </w:p>
    <w:p w14:paraId="461907D2" w14:textId="77777777" w:rsidR="002A19ED" w:rsidRDefault="00B23FF3">
      <w:pPr>
        <w:pStyle w:val="Heading2"/>
      </w:pPr>
      <w:r>
        <w:t>11. Any Other Business</w:t>
      </w:r>
    </w:p>
    <w:p w14:paraId="494DE9DE" w14:textId="77777777" w:rsidR="002A19ED" w:rsidRDefault="00B23FF3">
      <w:r>
        <w:t>Play park inspections, replacement hall bins, Flemmish Close parking and vegetation at The Mill were discussed with actions allocated.</w:t>
      </w:r>
    </w:p>
    <w:p w14:paraId="4D11B6AD" w14:textId="77777777" w:rsidR="002A19ED" w:rsidRDefault="00B23FF3">
      <w:pPr>
        <w:pStyle w:val="Heading2"/>
      </w:pPr>
      <w:r>
        <w:t>12. Date of Next Meeting</w:t>
      </w:r>
    </w:p>
    <w:p w14:paraId="3B99DA33" w14:textId="77777777" w:rsidR="002A19ED" w:rsidRDefault="00B23FF3">
      <w:r>
        <w:t>Monday 14 September 2026.</w:t>
      </w:r>
    </w:p>
    <w:sectPr w:rsidR="002A19E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6392625">
    <w:abstractNumId w:val="8"/>
  </w:num>
  <w:num w:numId="2" w16cid:durableId="1666275650">
    <w:abstractNumId w:val="6"/>
  </w:num>
  <w:num w:numId="3" w16cid:durableId="1951281404">
    <w:abstractNumId w:val="5"/>
  </w:num>
  <w:num w:numId="4" w16cid:durableId="336083377">
    <w:abstractNumId w:val="4"/>
  </w:num>
  <w:num w:numId="5" w16cid:durableId="1842964892">
    <w:abstractNumId w:val="7"/>
  </w:num>
  <w:num w:numId="6" w16cid:durableId="1580600823">
    <w:abstractNumId w:val="3"/>
  </w:num>
  <w:num w:numId="7" w16cid:durableId="1541019395">
    <w:abstractNumId w:val="2"/>
  </w:num>
  <w:num w:numId="8" w16cid:durableId="909660374">
    <w:abstractNumId w:val="1"/>
  </w:num>
  <w:num w:numId="9" w16cid:durableId="2020308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65A8"/>
    <w:rsid w:val="0029639D"/>
    <w:rsid w:val="002A19ED"/>
    <w:rsid w:val="00326F90"/>
    <w:rsid w:val="00A0291E"/>
    <w:rsid w:val="00AA1D8D"/>
    <w:rsid w:val="00B23FF3"/>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050ABB"/>
  <w14:defaultImageDpi w14:val="300"/>
  <w15:docId w15:val="{0E9E8B16-CE4B-4C56-8C36-BC5FB848E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 Florence Clerk</cp:lastModifiedBy>
  <cp:revision>2</cp:revision>
  <dcterms:created xsi:type="dcterms:W3CDTF">2026-07-28T11:16:00Z</dcterms:created>
  <dcterms:modified xsi:type="dcterms:W3CDTF">2026-07-28T11:16:00Z</dcterms:modified>
  <cp:category/>
</cp:coreProperties>
</file>